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E8D7A" w14:textId="0DA0332A" w:rsidR="001729E8" w:rsidRPr="008F6171" w:rsidRDefault="000F3D6F" w:rsidP="000F3D6F">
      <w:pPr>
        <w:rPr>
          <w:rFonts w:asciiTheme="minorEastAsia" w:eastAsiaTheme="minorEastAsia" w:hAnsiTheme="minorEastAsia"/>
          <w:lang w:eastAsia="ja-JP"/>
        </w:rPr>
      </w:pPr>
      <w:r w:rsidRPr="008F6171">
        <w:rPr>
          <w:rFonts w:asciiTheme="minorEastAsia" w:eastAsiaTheme="minorEastAsia" w:hAnsiTheme="minorEastAsia" w:hint="eastAsia"/>
          <w:lang w:eastAsia="ja-JP"/>
        </w:rPr>
        <w:t>様式</w:t>
      </w:r>
      <w:r w:rsidR="00B53824">
        <w:rPr>
          <w:rFonts w:asciiTheme="minorEastAsia" w:eastAsiaTheme="minorEastAsia" w:hAnsiTheme="minorEastAsia" w:hint="eastAsia"/>
          <w:lang w:eastAsia="ja-JP"/>
        </w:rPr>
        <w:t>１</w:t>
      </w:r>
    </w:p>
    <w:p w14:paraId="1FAA5931" w14:textId="08D5313D" w:rsidR="004F2F81" w:rsidRPr="008F6171" w:rsidRDefault="00564CE7" w:rsidP="000F3D6F">
      <w:pPr>
        <w:jc w:val="center"/>
        <w:rPr>
          <w:rFonts w:asciiTheme="minorEastAsia" w:eastAsiaTheme="minorEastAsia" w:hAnsiTheme="minorEastAsia"/>
        </w:rPr>
      </w:pPr>
      <w:r w:rsidRPr="00564CE7">
        <w:rPr>
          <w:rFonts w:asciiTheme="minorEastAsia" w:eastAsiaTheme="minorEastAsia" w:hAnsiTheme="minorEastAsia"/>
          <w:b/>
          <w:sz w:val="28"/>
          <w:szCs w:val="28"/>
          <w:lang w:eastAsia="ja-JP"/>
        </w:rPr>
        <w:t>2026</w:t>
      </w:r>
      <w:r w:rsidRPr="00564CE7">
        <w:rPr>
          <w:rFonts w:asciiTheme="minorEastAsia" w:eastAsiaTheme="minorEastAsia" w:hAnsiTheme="minorEastAsia" w:hint="eastAsia"/>
          <w:b/>
          <w:sz w:val="28"/>
          <w:szCs w:val="28"/>
          <w:lang w:eastAsia="ja-JP"/>
        </w:rPr>
        <w:t>（令和</w:t>
      </w:r>
      <w:r w:rsidR="00D80F16">
        <w:rPr>
          <w:rFonts w:asciiTheme="minorEastAsia" w:eastAsiaTheme="minorEastAsia" w:hAnsiTheme="minorEastAsia" w:hint="eastAsia"/>
          <w:b/>
          <w:sz w:val="28"/>
          <w:szCs w:val="28"/>
          <w:lang w:eastAsia="ja-JP"/>
        </w:rPr>
        <w:t>８</w:t>
      </w:r>
      <w:r w:rsidRPr="00564CE7">
        <w:rPr>
          <w:rFonts w:asciiTheme="minorEastAsia" w:eastAsiaTheme="minorEastAsia" w:hAnsiTheme="minorEastAsia" w:hint="eastAsia"/>
          <w:b/>
          <w:sz w:val="28"/>
          <w:szCs w:val="28"/>
          <w:lang w:eastAsia="ja-JP"/>
        </w:rPr>
        <w:t>）年度茨城県</w:t>
      </w:r>
      <w:r w:rsidRPr="00564CE7">
        <w:rPr>
          <w:rFonts w:asciiTheme="minorEastAsia" w:eastAsiaTheme="minorEastAsia" w:hAnsiTheme="minorEastAsia"/>
          <w:b/>
          <w:sz w:val="28"/>
          <w:szCs w:val="28"/>
          <w:lang w:eastAsia="ja-JP"/>
        </w:rPr>
        <w:t>D&amp;I</w:t>
      </w:r>
      <w:r w:rsidRPr="00564CE7">
        <w:rPr>
          <w:rFonts w:asciiTheme="minorEastAsia" w:eastAsiaTheme="minorEastAsia" w:hAnsiTheme="minorEastAsia" w:hint="eastAsia"/>
          <w:b/>
          <w:sz w:val="28"/>
          <w:szCs w:val="28"/>
          <w:lang w:eastAsia="ja-JP"/>
        </w:rPr>
        <w:t>推進企業表彰</w:t>
      </w:r>
      <w:r>
        <w:rPr>
          <w:rFonts w:asciiTheme="minorEastAsia" w:eastAsiaTheme="minorEastAsia" w:hAnsiTheme="minorEastAsia"/>
          <w:b/>
          <w:sz w:val="28"/>
          <w:szCs w:val="28"/>
          <w:lang w:eastAsia="ja-JP"/>
        </w:rPr>
        <w:br/>
      </w:r>
      <w:r w:rsidR="008F6171" w:rsidRPr="008F6171">
        <w:rPr>
          <w:rFonts w:asciiTheme="minorEastAsia" w:eastAsiaTheme="minorEastAsia" w:hAnsiTheme="minorEastAsia" w:hint="eastAsia"/>
          <w:b/>
          <w:sz w:val="28"/>
          <w:szCs w:val="28"/>
          <w:lang w:eastAsia="ja-JP"/>
        </w:rPr>
        <w:t>応募</w:t>
      </w:r>
      <w:r w:rsidR="00F72C37">
        <w:rPr>
          <w:rFonts w:asciiTheme="minorEastAsia" w:eastAsiaTheme="minorEastAsia" w:hAnsiTheme="minorEastAsia" w:hint="eastAsia"/>
          <w:b/>
          <w:sz w:val="28"/>
          <w:szCs w:val="28"/>
          <w:lang w:eastAsia="ja-JP"/>
        </w:rPr>
        <w:t>申込書</w:t>
      </w:r>
      <w:r w:rsidR="00EF34B0">
        <w:rPr>
          <w:rFonts w:asciiTheme="minorEastAsia" w:eastAsiaTheme="minorEastAsia" w:hAnsiTheme="minorEastAsia" w:hint="eastAsia"/>
          <w:b/>
          <w:sz w:val="28"/>
          <w:szCs w:val="28"/>
          <w:lang w:eastAsia="ja-JP"/>
        </w:rPr>
        <w:t>（</w:t>
      </w:r>
      <w:r w:rsidR="008F6171" w:rsidRPr="008F6171">
        <w:rPr>
          <w:rFonts w:asciiTheme="minorEastAsia" w:eastAsiaTheme="minorEastAsia" w:hAnsiTheme="minorEastAsia" w:hint="eastAsia"/>
          <w:b/>
          <w:sz w:val="28"/>
          <w:szCs w:val="28"/>
          <w:lang w:eastAsia="ja-JP"/>
        </w:rPr>
        <w:t>推薦書</w:t>
      </w:r>
      <w:r w:rsidR="00EF34B0">
        <w:rPr>
          <w:rFonts w:asciiTheme="minorEastAsia" w:eastAsiaTheme="minorEastAsia" w:hAnsiTheme="minorEastAsia" w:hint="eastAsia"/>
          <w:b/>
          <w:sz w:val="28"/>
          <w:szCs w:val="28"/>
          <w:lang w:eastAsia="ja-JP"/>
        </w:rPr>
        <w:t>）</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646"/>
      </w:tblGrid>
      <w:tr w:rsidR="004F2F81" w:rsidRPr="008F6171" w14:paraId="4FD19306" w14:textId="77777777" w:rsidTr="001729E8">
        <w:trPr>
          <w:jc w:val="center"/>
        </w:trPr>
        <w:tc>
          <w:tcPr>
            <w:tcW w:w="1555" w:type="dxa"/>
            <w:shd w:val="clear" w:color="auto" w:fill="D9D9D9" w:themeFill="background1" w:themeFillShade="D9"/>
          </w:tcPr>
          <w:p w14:paraId="28849617" w14:textId="1DFE3CF7" w:rsidR="00825BAB" w:rsidRPr="00825BAB" w:rsidRDefault="00825BAB" w:rsidP="00825BAB">
            <w:pPr>
              <w:spacing w:after="40"/>
              <w:rPr>
                <w:rFonts w:asciiTheme="minorEastAsia" w:eastAsiaTheme="minorEastAsia" w:hAnsiTheme="minorEastAsia"/>
                <w:sz w:val="18"/>
                <w:szCs w:val="18"/>
                <w:lang w:eastAsia="ja-JP"/>
              </w:rPr>
            </w:pPr>
            <w:r w:rsidRPr="00825BAB">
              <w:rPr>
                <w:rFonts w:asciiTheme="minorEastAsia" w:eastAsiaTheme="minorEastAsia" w:hAnsiTheme="minorEastAsia" w:hint="eastAsia"/>
                <w:sz w:val="18"/>
                <w:szCs w:val="18"/>
                <w:lang w:eastAsia="ja-JP"/>
              </w:rPr>
              <w:t>ふりがな</w:t>
            </w:r>
          </w:p>
          <w:p w14:paraId="652C7AB9" w14:textId="6DF42CAD" w:rsidR="004F2F81" w:rsidRPr="008F6171" w:rsidRDefault="00325E5C">
            <w:pPr>
              <w:rPr>
                <w:rFonts w:asciiTheme="minorEastAsia" w:eastAsiaTheme="minorEastAsia" w:hAnsiTheme="minorEastAsia"/>
              </w:rPr>
            </w:pPr>
            <w:proofErr w:type="spellStart"/>
            <w:r w:rsidRPr="008F6171">
              <w:rPr>
                <w:rFonts w:asciiTheme="minorEastAsia" w:eastAsiaTheme="minorEastAsia" w:hAnsiTheme="minorEastAsia"/>
              </w:rPr>
              <w:t>企業名</w:t>
            </w:r>
            <w:proofErr w:type="spellEnd"/>
          </w:p>
        </w:tc>
        <w:tc>
          <w:tcPr>
            <w:tcW w:w="8646" w:type="dxa"/>
          </w:tcPr>
          <w:p w14:paraId="4D23B56E" w14:textId="3E6549D2" w:rsidR="004F2F81" w:rsidRPr="00825BAB" w:rsidRDefault="004F2F81" w:rsidP="00825BAB">
            <w:pPr>
              <w:spacing w:after="40"/>
              <w:rPr>
                <w:rFonts w:asciiTheme="minorEastAsia" w:eastAsiaTheme="minorEastAsia" w:hAnsiTheme="minorEastAsia"/>
                <w:sz w:val="18"/>
                <w:szCs w:val="18"/>
                <w:lang w:eastAsia="ja-JP"/>
              </w:rPr>
            </w:pPr>
          </w:p>
          <w:p w14:paraId="766D07CF" w14:textId="42112F06" w:rsidR="00825BAB" w:rsidRPr="008F6171" w:rsidRDefault="00825BAB">
            <w:pPr>
              <w:rPr>
                <w:rFonts w:asciiTheme="minorEastAsia" w:eastAsiaTheme="minorEastAsia" w:hAnsiTheme="minorEastAsia"/>
                <w:lang w:eastAsia="ja-JP"/>
              </w:rPr>
            </w:pPr>
          </w:p>
        </w:tc>
      </w:tr>
      <w:tr w:rsidR="004F2F81" w:rsidRPr="008F6171" w14:paraId="46F6507D" w14:textId="77777777" w:rsidTr="001729E8">
        <w:trPr>
          <w:jc w:val="center"/>
        </w:trPr>
        <w:tc>
          <w:tcPr>
            <w:tcW w:w="1555" w:type="dxa"/>
            <w:shd w:val="clear" w:color="auto" w:fill="D9D9D9" w:themeFill="background1" w:themeFillShade="D9"/>
          </w:tcPr>
          <w:p w14:paraId="36022CB7" w14:textId="77777777" w:rsidR="004F2F81" w:rsidRPr="008F6171" w:rsidRDefault="00325E5C">
            <w:pPr>
              <w:rPr>
                <w:rFonts w:asciiTheme="minorEastAsia" w:eastAsiaTheme="minorEastAsia" w:hAnsiTheme="minorEastAsia"/>
              </w:rPr>
            </w:pPr>
            <w:proofErr w:type="spellStart"/>
            <w:r w:rsidRPr="008F6171">
              <w:rPr>
                <w:rFonts w:asciiTheme="minorEastAsia" w:eastAsiaTheme="minorEastAsia" w:hAnsiTheme="minorEastAsia"/>
              </w:rPr>
              <w:t>所在地</w:t>
            </w:r>
            <w:proofErr w:type="spellEnd"/>
          </w:p>
        </w:tc>
        <w:tc>
          <w:tcPr>
            <w:tcW w:w="8646" w:type="dxa"/>
          </w:tcPr>
          <w:p w14:paraId="0C7A32AA" w14:textId="0CBE6DDA" w:rsidR="004F2F81" w:rsidRPr="008F6171" w:rsidRDefault="007A2DAB">
            <w:pPr>
              <w:rPr>
                <w:rFonts w:asciiTheme="minorEastAsia" w:eastAsiaTheme="minorEastAsia" w:hAnsiTheme="minorEastAsia"/>
              </w:rPr>
            </w:pPr>
            <w:r>
              <w:rPr>
                <w:rFonts w:asciiTheme="minorEastAsia" w:eastAsiaTheme="minorEastAsia" w:hAnsiTheme="minorEastAsia" w:hint="eastAsia"/>
                <w:lang w:eastAsia="ja-JP"/>
              </w:rPr>
              <w:t>〒</w:t>
            </w:r>
          </w:p>
        </w:tc>
      </w:tr>
      <w:tr w:rsidR="004F2F81" w:rsidRPr="008F6171" w14:paraId="3AC39D99" w14:textId="77777777" w:rsidTr="009C1346">
        <w:trPr>
          <w:trHeight w:val="629"/>
          <w:jc w:val="center"/>
        </w:trPr>
        <w:tc>
          <w:tcPr>
            <w:tcW w:w="1555" w:type="dxa"/>
            <w:shd w:val="clear" w:color="auto" w:fill="D9D9D9" w:themeFill="background1" w:themeFillShade="D9"/>
          </w:tcPr>
          <w:p w14:paraId="1E39370C" w14:textId="549F04C3" w:rsidR="004F2F81" w:rsidRDefault="00325E5C">
            <w:pPr>
              <w:rPr>
                <w:rFonts w:asciiTheme="minorEastAsia" w:eastAsiaTheme="minorEastAsia" w:hAnsiTheme="minorEastAsia"/>
                <w:lang w:eastAsia="ja-JP"/>
              </w:rPr>
            </w:pPr>
            <w:r w:rsidRPr="008F6171">
              <w:rPr>
                <w:rFonts w:asciiTheme="minorEastAsia" w:eastAsiaTheme="minorEastAsia" w:hAnsiTheme="minorEastAsia"/>
                <w:lang w:eastAsia="ja-JP"/>
              </w:rPr>
              <w:t>代表者</w:t>
            </w:r>
            <w:r w:rsidR="00825BAB">
              <w:rPr>
                <w:rFonts w:asciiTheme="minorEastAsia" w:eastAsiaTheme="minorEastAsia" w:hAnsiTheme="minorEastAsia" w:hint="eastAsia"/>
                <w:lang w:eastAsia="ja-JP"/>
              </w:rPr>
              <w:t>役職</w:t>
            </w:r>
          </w:p>
          <w:p w14:paraId="727AB61B" w14:textId="4D286B95" w:rsidR="00D04BCD" w:rsidRPr="008F6171" w:rsidRDefault="00825BAB" w:rsidP="00D04BCD">
            <w:pPr>
              <w:rPr>
                <w:rFonts w:asciiTheme="minorEastAsia" w:eastAsiaTheme="minorEastAsia" w:hAnsiTheme="minorEastAsia"/>
                <w:lang w:eastAsia="ja-JP"/>
              </w:rPr>
            </w:pPr>
            <w:r>
              <w:rPr>
                <w:rFonts w:asciiTheme="minorEastAsia" w:eastAsiaTheme="minorEastAsia" w:hAnsiTheme="minorEastAsia" w:hint="eastAsia"/>
                <w:lang w:eastAsia="ja-JP"/>
              </w:rPr>
              <w:t>氏名</w:t>
            </w:r>
            <w:r w:rsidR="00D04BCD" w:rsidRPr="00D04BCD">
              <w:rPr>
                <w:rFonts w:asciiTheme="minorEastAsia" w:eastAsiaTheme="minorEastAsia" w:hAnsiTheme="minorEastAsia" w:hint="eastAsia"/>
                <w:sz w:val="16"/>
                <w:szCs w:val="16"/>
                <w:lang w:eastAsia="ja-JP"/>
              </w:rPr>
              <w:t>(ふりがな)</w:t>
            </w:r>
          </w:p>
        </w:tc>
        <w:tc>
          <w:tcPr>
            <w:tcW w:w="8646" w:type="dxa"/>
          </w:tcPr>
          <w:p w14:paraId="26800A5F" w14:textId="77777777" w:rsidR="004F2F81" w:rsidRDefault="004F2F81">
            <w:pPr>
              <w:rPr>
                <w:rFonts w:asciiTheme="minorEastAsia" w:eastAsiaTheme="minorEastAsia" w:hAnsiTheme="minorEastAsia"/>
                <w:lang w:eastAsia="ja-JP"/>
              </w:rPr>
            </w:pPr>
          </w:p>
          <w:p w14:paraId="68A91CD2" w14:textId="77777777" w:rsidR="00825BAB" w:rsidRPr="008F6171" w:rsidRDefault="00825BAB">
            <w:pPr>
              <w:rPr>
                <w:rFonts w:asciiTheme="minorEastAsia" w:eastAsiaTheme="minorEastAsia" w:hAnsiTheme="minorEastAsia"/>
                <w:lang w:eastAsia="ja-JP"/>
              </w:rPr>
            </w:pPr>
          </w:p>
        </w:tc>
      </w:tr>
      <w:tr w:rsidR="004F2F81" w:rsidRPr="008F6171" w14:paraId="20EF0F7C" w14:textId="77777777" w:rsidTr="009C1346">
        <w:trPr>
          <w:trHeight w:val="2239"/>
          <w:jc w:val="center"/>
        </w:trPr>
        <w:tc>
          <w:tcPr>
            <w:tcW w:w="1555" w:type="dxa"/>
            <w:shd w:val="clear" w:color="auto" w:fill="D9D9D9" w:themeFill="background1" w:themeFillShade="D9"/>
          </w:tcPr>
          <w:p w14:paraId="7D81D357" w14:textId="77777777" w:rsidR="004F2F81" w:rsidRPr="008F6171" w:rsidRDefault="00325E5C">
            <w:pPr>
              <w:rPr>
                <w:rFonts w:asciiTheme="minorEastAsia" w:eastAsiaTheme="minorEastAsia" w:hAnsiTheme="minorEastAsia"/>
              </w:rPr>
            </w:pPr>
            <w:proofErr w:type="spellStart"/>
            <w:r w:rsidRPr="008F6171">
              <w:rPr>
                <w:rFonts w:asciiTheme="minorEastAsia" w:eastAsiaTheme="minorEastAsia" w:hAnsiTheme="minorEastAsia"/>
              </w:rPr>
              <w:t>担当者</w:t>
            </w:r>
            <w:proofErr w:type="spellEnd"/>
          </w:p>
        </w:tc>
        <w:tc>
          <w:tcPr>
            <w:tcW w:w="8646" w:type="dxa"/>
          </w:tcPr>
          <w:p w14:paraId="77AA8006" w14:textId="77777777" w:rsidR="00FD644D" w:rsidRDefault="00325E5C">
            <w:pPr>
              <w:rPr>
                <w:rFonts w:asciiTheme="minorEastAsia" w:eastAsiaTheme="minorEastAsia" w:hAnsiTheme="minorEastAsia"/>
                <w:lang w:eastAsia="ja-JP"/>
              </w:rPr>
            </w:pPr>
            <w:r w:rsidRPr="008F6171">
              <w:rPr>
                <w:rFonts w:asciiTheme="minorEastAsia" w:eastAsiaTheme="minorEastAsia" w:hAnsiTheme="minorEastAsia"/>
                <w:lang w:eastAsia="ja-JP"/>
              </w:rPr>
              <w:t xml:space="preserve">所属　　　　</w:t>
            </w:r>
          </w:p>
          <w:p w14:paraId="1057D0BE" w14:textId="0864E748" w:rsidR="00E60271" w:rsidRDefault="00325E5C">
            <w:pPr>
              <w:rPr>
                <w:rFonts w:asciiTheme="minorEastAsia" w:eastAsiaTheme="minorEastAsia" w:hAnsiTheme="minorEastAsia"/>
                <w:lang w:eastAsia="ja-JP"/>
              </w:rPr>
            </w:pPr>
            <w:r w:rsidRPr="008F6171">
              <w:rPr>
                <w:rFonts w:asciiTheme="minorEastAsia" w:eastAsiaTheme="minorEastAsia" w:hAnsiTheme="minorEastAsia"/>
                <w:lang w:eastAsia="ja-JP"/>
              </w:rPr>
              <w:t>氏名</w:t>
            </w:r>
            <w:r w:rsidR="00D04BCD" w:rsidRPr="00D04BCD">
              <w:rPr>
                <w:rFonts w:asciiTheme="minorEastAsia" w:eastAsiaTheme="minorEastAsia" w:hAnsiTheme="minorEastAsia" w:hint="eastAsia"/>
                <w:sz w:val="16"/>
                <w:szCs w:val="16"/>
                <w:lang w:eastAsia="ja-JP"/>
              </w:rPr>
              <w:t>（ふりがな）</w:t>
            </w:r>
            <w:r w:rsidRPr="008F6171">
              <w:rPr>
                <w:rFonts w:asciiTheme="minorEastAsia" w:eastAsiaTheme="minorEastAsia" w:hAnsiTheme="minorEastAsia"/>
                <w:lang w:eastAsia="ja-JP"/>
              </w:rPr>
              <w:t xml:space="preserve">　　　　</w:t>
            </w:r>
          </w:p>
          <w:p w14:paraId="6D9B3DA1" w14:textId="77777777" w:rsidR="00E60271" w:rsidRDefault="00325E5C">
            <w:pPr>
              <w:rPr>
                <w:rFonts w:asciiTheme="minorEastAsia" w:eastAsiaTheme="minorEastAsia" w:hAnsiTheme="minorEastAsia"/>
                <w:lang w:eastAsia="ja-JP"/>
              </w:rPr>
            </w:pPr>
            <w:r w:rsidRPr="008F6171">
              <w:rPr>
                <w:rFonts w:asciiTheme="minorEastAsia" w:eastAsiaTheme="minorEastAsia" w:hAnsiTheme="minorEastAsia"/>
              </w:rPr>
              <w:t xml:space="preserve">TEL　　　　</w:t>
            </w:r>
          </w:p>
          <w:p w14:paraId="7895ABDC" w14:textId="13EFB263" w:rsidR="004F2F81" w:rsidRPr="008F6171" w:rsidRDefault="00325E5C">
            <w:pPr>
              <w:rPr>
                <w:rFonts w:asciiTheme="minorEastAsia" w:eastAsiaTheme="minorEastAsia" w:hAnsiTheme="minorEastAsia"/>
              </w:rPr>
            </w:pPr>
            <w:r w:rsidRPr="008F6171">
              <w:rPr>
                <w:rFonts w:asciiTheme="minorEastAsia" w:eastAsiaTheme="minorEastAsia" w:hAnsiTheme="minorEastAsia"/>
              </w:rPr>
              <w:t>E-mail</w:t>
            </w:r>
          </w:p>
        </w:tc>
      </w:tr>
      <w:tr w:rsidR="004F2F81" w:rsidRPr="008F6171" w14:paraId="7228246E" w14:textId="77777777" w:rsidTr="009C1346">
        <w:trPr>
          <w:trHeight w:val="3987"/>
          <w:jc w:val="center"/>
        </w:trPr>
        <w:tc>
          <w:tcPr>
            <w:tcW w:w="1555" w:type="dxa"/>
            <w:shd w:val="clear" w:color="auto" w:fill="D9D9D9" w:themeFill="background1" w:themeFillShade="D9"/>
          </w:tcPr>
          <w:p w14:paraId="22D6B7B0" w14:textId="77777777" w:rsidR="00990A29" w:rsidRDefault="00B842E1">
            <w:pPr>
              <w:rPr>
                <w:rFonts w:asciiTheme="minorEastAsia" w:eastAsiaTheme="minorEastAsia" w:hAnsiTheme="minorEastAsia"/>
                <w:lang w:eastAsia="ja-JP"/>
              </w:rPr>
            </w:pPr>
            <w:r>
              <w:rPr>
                <w:rFonts w:asciiTheme="minorEastAsia" w:eastAsiaTheme="minorEastAsia" w:hAnsiTheme="minorEastAsia" w:hint="eastAsia"/>
                <w:lang w:eastAsia="ja-JP"/>
              </w:rPr>
              <w:t>主要</w:t>
            </w:r>
            <w:r w:rsidRPr="008F6171">
              <w:rPr>
                <w:rFonts w:asciiTheme="minorEastAsia" w:eastAsiaTheme="minorEastAsia" w:hAnsiTheme="minorEastAsia"/>
                <w:lang w:eastAsia="ja-JP"/>
              </w:rPr>
              <w:t>業種</w:t>
            </w:r>
          </w:p>
          <w:p w14:paraId="0E31C591" w14:textId="12DEF980" w:rsidR="004F2F81" w:rsidRPr="008F6171" w:rsidRDefault="009C1346">
            <w:pPr>
              <w:rPr>
                <w:rFonts w:asciiTheme="minorEastAsia" w:eastAsiaTheme="minorEastAsia" w:hAnsiTheme="minorEastAsia"/>
                <w:lang w:eastAsia="ja-JP"/>
              </w:rPr>
            </w:pPr>
            <w:r>
              <w:rPr>
                <w:rFonts w:asciiTheme="minorEastAsia" w:eastAsiaTheme="minorEastAsia" w:hAnsiTheme="minorEastAsia" w:hint="eastAsia"/>
                <w:sz w:val="18"/>
                <w:szCs w:val="18"/>
                <w:lang w:eastAsia="ja-JP"/>
              </w:rPr>
              <w:t>(</w:t>
            </w:r>
            <w:r w:rsidR="00B842E1" w:rsidRPr="00990A29">
              <w:rPr>
                <w:rFonts w:asciiTheme="minorEastAsia" w:eastAsiaTheme="minorEastAsia" w:hAnsiTheme="minorEastAsia" w:hint="eastAsia"/>
                <w:sz w:val="18"/>
                <w:szCs w:val="18"/>
                <w:lang w:eastAsia="ja-JP"/>
              </w:rPr>
              <w:t>主なもの１つ</w:t>
            </w:r>
            <w:r>
              <w:rPr>
                <w:rFonts w:asciiTheme="minorEastAsia" w:eastAsiaTheme="minorEastAsia" w:hAnsiTheme="minorEastAsia" w:hint="eastAsia"/>
                <w:sz w:val="18"/>
                <w:szCs w:val="18"/>
                <w:lang w:eastAsia="ja-JP"/>
              </w:rPr>
              <w:t>)</w:t>
            </w:r>
          </w:p>
        </w:tc>
        <w:tc>
          <w:tcPr>
            <w:tcW w:w="8646" w:type="dxa"/>
          </w:tcPr>
          <w:p w14:paraId="1BC2BA1C" w14:textId="1645965D" w:rsidR="003F6EC2" w:rsidRDefault="00990A29" w:rsidP="003F6EC2">
            <w:pPr>
              <w:spacing w:after="0"/>
              <w:rPr>
                <w:rFonts w:asciiTheme="minorEastAsia" w:eastAsiaTheme="minorEastAsia" w:hAnsiTheme="minorEastAsia"/>
                <w:lang w:eastAsia="ja-JP"/>
              </w:rPr>
            </w:pPr>
            <w:r w:rsidRPr="00990A29">
              <w:rPr>
                <w:rFonts w:asciiTheme="minorEastAsia" w:eastAsiaTheme="minorEastAsia" w:hAnsiTheme="minorEastAsia"/>
                <w:lang w:eastAsia="ja-JP"/>
              </w:rPr>
              <w:t>□ 農業、林業、漁業</w:t>
            </w:r>
            <w:r>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w:t>
            </w:r>
            <w:r>
              <w:rPr>
                <w:rFonts w:asciiTheme="minorEastAsia" w:eastAsiaTheme="minorEastAsia" w:hAnsiTheme="minorEastAsia" w:hint="eastAsia"/>
                <w:lang w:eastAsia="ja-JP"/>
              </w:rPr>
              <w:t xml:space="preserve">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鉱業、採石業、砂利採取業 □ 建設業</w:t>
            </w:r>
            <w:r>
              <w:rPr>
                <w:rFonts w:asciiTheme="minorEastAsia" w:eastAsiaTheme="minorEastAsia" w:hAnsiTheme="minorEastAsia" w:hint="eastAsia"/>
                <w:lang w:eastAsia="ja-JP"/>
              </w:rPr>
              <w:t xml:space="preserve">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w:t>
            </w:r>
            <w:r>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電気・ガス・熱供給・水道業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情報通信業</w:t>
            </w:r>
            <w:r>
              <w:rPr>
                <w:rFonts w:asciiTheme="minorEastAsia" w:eastAsiaTheme="minorEastAsia" w:hAnsiTheme="minorEastAsia" w:hint="eastAsia"/>
                <w:lang w:eastAsia="ja-JP"/>
              </w:rPr>
              <w:t xml:space="preserve">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運輸業、郵便業 □ 卸売業、小売業 </w:t>
            </w:r>
            <w:r>
              <w:rPr>
                <w:rFonts w:asciiTheme="minorEastAsia" w:eastAsiaTheme="minorEastAsia" w:hAnsiTheme="minorEastAsia" w:hint="eastAsia"/>
                <w:lang w:eastAsia="ja-JP"/>
              </w:rPr>
              <w:t xml:space="preserve">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金融業、保険業 □ 不動産業、物品賃貸業</w:t>
            </w:r>
            <w:r>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 学術研究、専門・技術</w:t>
            </w:r>
            <w:r>
              <w:rPr>
                <w:rFonts w:asciiTheme="minorEastAsia" w:eastAsiaTheme="minorEastAsia" w:hAnsiTheme="minorEastAsia" w:hint="eastAsia"/>
                <w:lang w:eastAsia="ja-JP"/>
              </w:rPr>
              <w:t>ｻｰﾋﾞｽ</w:t>
            </w:r>
            <w:r w:rsidRPr="00990A29">
              <w:rPr>
                <w:rFonts w:asciiTheme="minorEastAsia" w:eastAsiaTheme="minorEastAsia" w:hAnsiTheme="minorEastAsia"/>
                <w:lang w:eastAsia="ja-JP"/>
              </w:rPr>
              <w:t>業</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宿泊業、飲食サービス業 </w:t>
            </w:r>
            <w:r>
              <w:rPr>
                <w:rFonts w:asciiTheme="minorEastAsia" w:eastAsiaTheme="minorEastAsia" w:hAnsiTheme="minorEastAsia" w:hint="eastAsia"/>
                <w:lang w:eastAsia="ja-JP"/>
              </w:rPr>
              <w:t xml:space="preserve">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生活関連サービス業、娯楽業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教育、学習支援業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医療、福祉 </w:t>
            </w:r>
            <w:r>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複合サービス事業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サービス業（他に分類されないもの）</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 製造業（細分類を次から選んでください） </w:t>
            </w:r>
            <w:r w:rsidR="003F6EC2">
              <w:rPr>
                <w:rFonts w:asciiTheme="minorEastAsia" w:eastAsiaTheme="minorEastAsia" w:hAnsiTheme="minorEastAsia" w:hint="eastAsia"/>
                <w:lang w:eastAsia="ja-JP"/>
              </w:rPr>
              <w:t xml:space="preserve">                      </w:t>
            </w:r>
          </w:p>
          <w:p w14:paraId="26750406" w14:textId="7C88B2B3" w:rsidR="004F2F81" w:rsidRPr="008F6171" w:rsidRDefault="00990A29" w:rsidP="003F6EC2">
            <w:pPr>
              <w:spacing w:after="0"/>
              <w:ind w:leftChars="150" w:left="330"/>
              <w:rPr>
                <w:rFonts w:asciiTheme="minorEastAsia" w:eastAsiaTheme="minorEastAsia" w:hAnsiTheme="minorEastAsia"/>
                <w:lang w:eastAsia="ja-JP"/>
              </w:rPr>
            </w:pPr>
            <w:r w:rsidRPr="00990A29">
              <w:rPr>
                <w:rFonts w:asciiTheme="minorEastAsia" w:eastAsiaTheme="minorEastAsia" w:hAnsiTheme="minorEastAsia"/>
                <w:lang w:eastAsia="ja-JP"/>
              </w:rPr>
              <w:t xml:space="preserve">□ 食料品・飼料製造業等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繊維工業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木材・木製品製造業等 □ ﾊﾟﾙﾌﾟ･紙･印刷･梱包関連業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化学工業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石油・石炭製品製造業 □ ﾌﾟﾗｽﾁｯｸ・ｺﾞﾑ製品製造業</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 鉄鋼業・非鉄金属製造業等</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xml:space="preserve"> □ はん用・生産用・業務用機械器具製造業 </w:t>
            </w:r>
            <w:r w:rsidR="003F6EC2">
              <w:rPr>
                <w:rFonts w:asciiTheme="minorEastAsia" w:eastAsiaTheme="minorEastAsia" w:hAnsiTheme="minorEastAsia" w:hint="eastAsia"/>
                <w:lang w:eastAsia="ja-JP"/>
              </w:rPr>
              <w:t xml:space="preserve">          </w:t>
            </w:r>
            <w:r w:rsidRPr="00990A29">
              <w:rPr>
                <w:rFonts w:asciiTheme="minorEastAsia" w:eastAsiaTheme="minorEastAsia" w:hAnsiTheme="minorEastAsia"/>
                <w:lang w:eastAsia="ja-JP"/>
              </w:rPr>
              <w:t>□ 輸送用機械器具製造業 □ 電子部品・電気機械器具・情報通信機械器具製造業 □ その他の製造業</w:t>
            </w:r>
          </w:p>
        </w:tc>
      </w:tr>
      <w:tr w:rsidR="004F2F81" w:rsidRPr="008F6171" w14:paraId="67BDBD43" w14:textId="77777777" w:rsidTr="00590637">
        <w:trPr>
          <w:trHeight w:val="1372"/>
          <w:jc w:val="center"/>
        </w:trPr>
        <w:tc>
          <w:tcPr>
            <w:tcW w:w="1555" w:type="dxa"/>
            <w:shd w:val="clear" w:color="auto" w:fill="D9D9D9" w:themeFill="background1" w:themeFillShade="D9"/>
          </w:tcPr>
          <w:p w14:paraId="4F06B6B0" w14:textId="4BB4C008" w:rsidR="004F2F81" w:rsidRDefault="00990A29">
            <w:pPr>
              <w:rPr>
                <w:rFonts w:asciiTheme="minorEastAsia" w:eastAsiaTheme="minorEastAsia" w:hAnsiTheme="minorEastAsia"/>
                <w:lang w:eastAsia="ja-JP"/>
              </w:rPr>
            </w:pPr>
            <w:r>
              <w:rPr>
                <w:rFonts w:asciiTheme="minorEastAsia" w:eastAsiaTheme="minorEastAsia" w:hAnsiTheme="minorEastAsia" w:hint="eastAsia"/>
                <w:lang w:eastAsia="ja-JP"/>
              </w:rPr>
              <w:t>常時雇用する労働者の数</w:t>
            </w:r>
          </w:p>
          <w:p w14:paraId="090A9064" w14:textId="6CC6B445" w:rsidR="00B842E1" w:rsidRPr="008F6171" w:rsidRDefault="009C1346">
            <w:pPr>
              <w:rPr>
                <w:rFonts w:asciiTheme="minorEastAsia" w:eastAsiaTheme="minorEastAsia" w:hAnsiTheme="minorEastAsia"/>
                <w:lang w:eastAsia="ja-JP"/>
              </w:rPr>
            </w:pPr>
            <w:r>
              <w:rPr>
                <w:rFonts w:asciiTheme="minorEastAsia" w:eastAsiaTheme="minorEastAsia" w:hAnsiTheme="minorEastAsia" w:hint="eastAsia"/>
                <w:lang w:eastAsia="ja-JP"/>
              </w:rPr>
              <w:t>(</w:t>
            </w:r>
            <w:r w:rsidR="00B842E1">
              <w:rPr>
                <w:rFonts w:asciiTheme="minorEastAsia" w:eastAsiaTheme="minorEastAsia" w:hAnsiTheme="minorEastAsia" w:hint="eastAsia"/>
                <w:lang w:eastAsia="ja-JP"/>
              </w:rPr>
              <w:t>直近の</w:t>
            </w:r>
            <w:r>
              <w:rPr>
                <w:rFonts w:asciiTheme="minorEastAsia" w:eastAsiaTheme="minorEastAsia" w:hAnsiTheme="minorEastAsia" w:hint="eastAsia"/>
                <w:lang w:eastAsia="ja-JP"/>
              </w:rPr>
              <w:t xml:space="preserve">    </w:t>
            </w:r>
            <w:r w:rsidR="00B842E1">
              <w:rPr>
                <w:rFonts w:asciiTheme="minorEastAsia" w:eastAsiaTheme="minorEastAsia" w:hAnsiTheme="minorEastAsia" w:hint="eastAsia"/>
                <w:lang w:eastAsia="ja-JP"/>
              </w:rPr>
              <w:t>決算日現在</w:t>
            </w:r>
            <w:r>
              <w:rPr>
                <w:rFonts w:asciiTheme="minorEastAsia" w:eastAsiaTheme="minorEastAsia" w:hAnsiTheme="minorEastAsia" w:hint="eastAsia"/>
                <w:lang w:eastAsia="ja-JP"/>
              </w:rPr>
              <w:t>)</w:t>
            </w:r>
          </w:p>
        </w:tc>
        <w:tc>
          <w:tcPr>
            <w:tcW w:w="8646" w:type="dxa"/>
          </w:tcPr>
          <w:p w14:paraId="4FEDD33A" w14:textId="018DAC35" w:rsidR="004F2F81" w:rsidRDefault="00FD644D">
            <w:pPr>
              <w:rPr>
                <w:rFonts w:asciiTheme="minorEastAsia" w:eastAsiaTheme="minorEastAsia" w:hAnsiTheme="minorEastAsia"/>
                <w:lang w:eastAsia="ja-JP"/>
              </w:rPr>
            </w:pPr>
            <w:r>
              <w:rPr>
                <w:rFonts w:asciiTheme="minorEastAsia" w:eastAsiaTheme="minorEastAsia" w:hAnsiTheme="minorEastAsia" w:hint="eastAsia"/>
                <w:lang w:eastAsia="ja-JP"/>
              </w:rPr>
              <w:t>正</w:t>
            </w:r>
            <w:r w:rsidR="009C1346">
              <w:rPr>
                <w:rFonts w:asciiTheme="minorEastAsia" w:eastAsiaTheme="minorEastAsia" w:hAnsiTheme="minorEastAsia" w:hint="eastAsia"/>
                <w:lang w:eastAsia="ja-JP"/>
              </w:rPr>
              <w:t xml:space="preserve"> </w:t>
            </w:r>
            <w:r>
              <w:rPr>
                <w:rFonts w:asciiTheme="minorEastAsia" w:eastAsiaTheme="minorEastAsia" w:hAnsiTheme="minorEastAsia" w:hint="eastAsia"/>
                <w:lang w:eastAsia="ja-JP"/>
              </w:rPr>
              <w:t>社</w:t>
            </w:r>
            <w:r w:rsidR="009C1346">
              <w:rPr>
                <w:rFonts w:asciiTheme="minorEastAsia" w:eastAsiaTheme="minorEastAsia" w:hAnsiTheme="minorEastAsia" w:hint="eastAsia"/>
                <w:lang w:eastAsia="ja-JP"/>
              </w:rPr>
              <w:t xml:space="preserve"> </w:t>
            </w:r>
            <w:r>
              <w:rPr>
                <w:rFonts w:asciiTheme="minorEastAsia" w:eastAsiaTheme="minorEastAsia" w:hAnsiTheme="minorEastAsia" w:hint="eastAsia"/>
                <w:lang w:eastAsia="ja-JP"/>
              </w:rPr>
              <w:t>員　計　●　名（男性：●名、女性：●名</w:t>
            </w:r>
            <w:r w:rsidR="00344B63">
              <w:rPr>
                <w:rFonts w:asciiTheme="minorEastAsia" w:eastAsiaTheme="minorEastAsia" w:hAnsiTheme="minorEastAsia" w:hint="eastAsia"/>
                <w:lang w:eastAsia="ja-JP"/>
              </w:rPr>
              <w:t>、</w:t>
            </w:r>
            <w:r w:rsidR="00D22334">
              <w:rPr>
                <w:rFonts w:asciiTheme="minorEastAsia" w:eastAsiaTheme="minorEastAsia" w:hAnsiTheme="minorEastAsia" w:hint="eastAsia"/>
                <w:lang w:eastAsia="ja-JP"/>
              </w:rPr>
              <w:t>非公表：●名</w:t>
            </w:r>
            <w:r>
              <w:rPr>
                <w:rFonts w:asciiTheme="minorEastAsia" w:eastAsiaTheme="minorEastAsia" w:hAnsiTheme="minorEastAsia" w:hint="eastAsia"/>
                <w:lang w:eastAsia="ja-JP"/>
              </w:rPr>
              <w:t>）</w:t>
            </w:r>
          </w:p>
          <w:p w14:paraId="75520CB0" w14:textId="13022D7B" w:rsidR="00FD644D" w:rsidRPr="008F6171" w:rsidRDefault="00FD644D">
            <w:pPr>
              <w:rPr>
                <w:rFonts w:asciiTheme="minorEastAsia" w:eastAsiaTheme="minorEastAsia" w:hAnsiTheme="minorEastAsia"/>
                <w:lang w:eastAsia="ja-JP"/>
              </w:rPr>
            </w:pPr>
            <w:r>
              <w:rPr>
                <w:rFonts w:asciiTheme="minorEastAsia" w:eastAsiaTheme="minorEastAsia" w:hAnsiTheme="minorEastAsia" w:hint="eastAsia"/>
                <w:lang w:eastAsia="ja-JP"/>
              </w:rPr>
              <w:t>非正社員　計　●　名（男性：●名、女性：●名</w:t>
            </w:r>
            <w:r w:rsidR="00D22334">
              <w:rPr>
                <w:rFonts w:asciiTheme="minorEastAsia" w:eastAsiaTheme="minorEastAsia" w:hAnsiTheme="minorEastAsia" w:hint="eastAsia"/>
                <w:lang w:eastAsia="ja-JP"/>
              </w:rPr>
              <w:t>、非公表：●名</w:t>
            </w:r>
            <w:r>
              <w:rPr>
                <w:rFonts w:asciiTheme="minorEastAsia" w:eastAsiaTheme="minorEastAsia" w:hAnsiTheme="minorEastAsia" w:hint="eastAsia"/>
                <w:lang w:eastAsia="ja-JP"/>
              </w:rPr>
              <w:t>）</w:t>
            </w:r>
          </w:p>
        </w:tc>
      </w:tr>
      <w:tr w:rsidR="00CD1C77" w:rsidRPr="008F6171" w14:paraId="6DA43AB4" w14:textId="77777777" w:rsidTr="001729E8">
        <w:trPr>
          <w:jc w:val="center"/>
        </w:trPr>
        <w:tc>
          <w:tcPr>
            <w:tcW w:w="1555" w:type="dxa"/>
            <w:shd w:val="clear" w:color="auto" w:fill="D9D9D9" w:themeFill="background1" w:themeFillShade="D9"/>
          </w:tcPr>
          <w:p w14:paraId="3DC4FA76" w14:textId="6C0E5D78" w:rsidR="00CD1C77" w:rsidRPr="008F6171" w:rsidRDefault="00CD1C77">
            <w:pPr>
              <w:rPr>
                <w:rFonts w:asciiTheme="minorEastAsia" w:eastAsiaTheme="minorEastAsia" w:hAnsiTheme="minorEastAsia"/>
                <w:lang w:eastAsia="ja-JP"/>
              </w:rPr>
            </w:pPr>
            <w:r>
              <w:rPr>
                <w:rFonts w:asciiTheme="minorEastAsia" w:eastAsiaTheme="minorEastAsia" w:hAnsiTheme="minorEastAsia" w:hint="eastAsia"/>
                <w:lang w:eastAsia="ja-JP"/>
              </w:rPr>
              <w:t>自社</w:t>
            </w:r>
            <w:r w:rsidR="00990A29">
              <w:rPr>
                <w:rFonts w:asciiTheme="minorEastAsia" w:eastAsiaTheme="minorEastAsia" w:hAnsiTheme="minorEastAsia" w:hint="eastAsia"/>
                <w:lang w:eastAsia="ja-JP"/>
              </w:rPr>
              <w:t xml:space="preserve">　　　　</w:t>
            </w:r>
            <w:r>
              <w:rPr>
                <w:rFonts w:asciiTheme="minorEastAsia" w:eastAsiaTheme="minorEastAsia" w:hAnsiTheme="minorEastAsia" w:hint="eastAsia"/>
                <w:lang w:eastAsia="ja-JP"/>
              </w:rPr>
              <w:t>ホームページ</w:t>
            </w:r>
          </w:p>
        </w:tc>
        <w:tc>
          <w:tcPr>
            <w:tcW w:w="8646" w:type="dxa"/>
          </w:tcPr>
          <w:p w14:paraId="3A14DDC4" w14:textId="77777777" w:rsidR="00CD1C77" w:rsidRDefault="00CD1C77">
            <w:pPr>
              <w:rPr>
                <w:rFonts w:asciiTheme="minorEastAsia" w:eastAsiaTheme="minorEastAsia" w:hAnsiTheme="minorEastAsia"/>
                <w:lang w:eastAsia="ja-JP"/>
              </w:rPr>
            </w:pPr>
            <w:r>
              <w:rPr>
                <w:rFonts w:asciiTheme="minorEastAsia" w:eastAsiaTheme="minorEastAsia" w:hAnsiTheme="minorEastAsia" w:hint="eastAsia"/>
                <w:lang w:eastAsia="ja-JP"/>
              </w:rPr>
              <w:t>□有　　　 □無</w:t>
            </w:r>
          </w:p>
          <w:p w14:paraId="48C94D38" w14:textId="67547733" w:rsidR="00590637" w:rsidRPr="008F6171" w:rsidRDefault="00590637">
            <w:pPr>
              <w:rPr>
                <w:rFonts w:asciiTheme="minorEastAsia" w:eastAsiaTheme="minorEastAsia" w:hAnsiTheme="minorEastAsia"/>
                <w:lang w:eastAsia="ja-JP"/>
              </w:rPr>
            </w:pPr>
            <w:r>
              <w:rPr>
                <w:rFonts w:asciiTheme="minorEastAsia" w:eastAsiaTheme="minorEastAsia" w:hAnsiTheme="minorEastAsia" w:hint="eastAsia"/>
                <w:lang w:eastAsia="ja-JP"/>
              </w:rPr>
              <w:t xml:space="preserve">URL　</w:t>
            </w:r>
          </w:p>
        </w:tc>
      </w:tr>
      <w:tr w:rsidR="00CD1C77" w:rsidRPr="008F6171" w14:paraId="1258AB43" w14:textId="77777777" w:rsidTr="001729E8">
        <w:trPr>
          <w:jc w:val="center"/>
        </w:trPr>
        <w:tc>
          <w:tcPr>
            <w:tcW w:w="1555" w:type="dxa"/>
            <w:shd w:val="clear" w:color="auto" w:fill="D9D9D9" w:themeFill="background1" w:themeFillShade="D9"/>
          </w:tcPr>
          <w:p w14:paraId="0BF6EA2C" w14:textId="75524FB1" w:rsidR="00CD1C77" w:rsidRDefault="00CD1C77" w:rsidP="00990A29">
            <w:pPr>
              <w:rPr>
                <w:rFonts w:asciiTheme="minorEastAsia" w:eastAsiaTheme="minorEastAsia" w:hAnsiTheme="minorEastAsia"/>
                <w:lang w:eastAsia="ja-JP"/>
              </w:rPr>
            </w:pPr>
            <w:r>
              <w:rPr>
                <w:rFonts w:asciiTheme="minorEastAsia" w:eastAsiaTheme="minorEastAsia" w:hAnsiTheme="minorEastAsia" w:hint="eastAsia"/>
                <w:lang w:eastAsia="ja-JP"/>
              </w:rPr>
              <w:t>自社SNS</w:t>
            </w:r>
            <w:r w:rsidR="00990A29">
              <w:rPr>
                <w:rFonts w:asciiTheme="minorEastAsia" w:eastAsiaTheme="minorEastAsia" w:hAnsiTheme="minorEastAsia" w:hint="eastAsia"/>
                <w:lang w:eastAsia="ja-JP"/>
              </w:rPr>
              <w:t xml:space="preserve">　　</w:t>
            </w:r>
            <w:r>
              <w:rPr>
                <w:rFonts w:asciiTheme="minorEastAsia" w:eastAsiaTheme="minorEastAsia" w:hAnsiTheme="minorEastAsia" w:hint="eastAsia"/>
                <w:lang w:eastAsia="ja-JP"/>
              </w:rPr>
              <w:t>アカウント</w:t>
            </w:r>
          </w:p>
        </w:tc>
        <w:tc>
          <w:tcPr>
            <w:tcW w:w="8646" w:type="dxa"/>
          </w:tcPr>
          <w:p w14:paraId="4757B659" w14:textId="70DED3A5" w:rsidR="00CD1C77" w:rsidRDefault="00CD1C77">
            <w:pPr>
              <w:rPr>
                <w:rFonts w:asciiTheme="minorEastAsia" w:eastAsiaTheme="minorEastAsia" w:hAnsiTheme="minorEastAsia"/>
                <w:lang w:eastAsia="ja-JP"/>
              </w:rPr>
            </w:pPr>
            <w:r>
              <w:rPr>
                <w:rFonts w:asciiTheme="minorEastAsia" w:eastAsiaTheme="minorEastAsia" w:hAnsiTheme="minorEastAsia" w:hint="eastAsia"/>
                <w:lang w:eastAsia="ja-JP"/>
              </w:rPr>
              <w:t>□有　　　 □無</w:t>
            </w:r>
          </w:p>
          <w:p w14:paraId="184AB4C7" w14:textId="754A65E5" w:rsidR="00CD1C77" w:rsidRDefault="00CD1C77">
            <w:pPr>
              <w:rPr>
                <w:rFonts w:asciiTheme="minorEastAsia" w:eastAsiaTheme="minorEastAsia" w:hAnsiTheme="minorEastAsia"/>
                <w:lang w:eastAsia="ja-JP"/>
              </w:rPr>
            </w:pPr>
            <w:r>
              <w:rPr>
                <w:rFonts w:asciiTheme="minorEastAsia" w:eastAsiaTheme="minorEastAsia" w:hAnsiTheme="minorEastAsia" w:hint="eastAsia"/>
                <w:lang w:eastAsia="ja-JP"/>
              </w:rPr>
              <w:t>□Instagram　□X　□Facebook　□YouTube</w:t>
            </w:r>
          </w:p>
          <w:p w14:paraId="1A824333" w14:textId="56A63027" w:rsidR="00CD1C77" w:rsidRDefault="00CD1C77">
            <w:pPr>
              <w:rPr>
                <w:rFonts w:asciiTheme="minorEastAsia" w:eastAsiaTheme="minorEastAsia" w:hAnsiTheme="minorEastAsia"/>
                <w:lang w:eastAsia="ja-JP"/>
              </w:rPr>
            </w:pPr>
            <w:r>
              <w:rPr>
                <w:rFonts w:asciiTheme="minorEastAsia" w:eastAsiaTheme="minorEastAsia" w:hAnsiTheme="minorEastAsia" w:hint="eastAsia"/>
                <w:lang w:eastAsia="ja-JP"/>
              </w:rPr>
              <w:t>□その他（　　　　　　　　　　　　　　）</w:t>
            </w:r>
          </w:p>
        </w:tc>
      </w:tr>
      <w:tr w:rsidR="00926A40" w:rsidRPr="008F6171" w14:paraId="31EBADA2" w14:textId="77777777" w:rsidTr="001729E8">
        <w:trPr>
          <w:jc w:val="center"/>
        </w:trPr>
        <w:tc>
          <w:tcPr>
            <w:tcW w:w="1555" w:type="dxa"/>
            <w:shd w:val="clear" w:color="auto" w:fill="D9D9D9" w:themeFill="background1" w:themeFillShade="D9"/>
          </w:tcPr>
          <w:p w14:paraId="0D0009C5" w14:textId="7EF7FFC9" w:rsidR="00926A40" w:rsidRDefault="00926A40" w:rsidP="00990A29">
            <w:pPr>
              <w:rPr>
                <w:rFonts w:asciiTheme="minorEastAsia" w:eastAsiaTheme="minorEastAsia" w:hAnsiTheme="minorEastAsia"/>
                <w:lang w:eastAsia="ja-JP"/>
              </w:rPr>
            </w:pPr>
            <w:r>
              <w:rPr>
                <w:rFonts w:asciiTheme="minorEastAsia" w:eastAsiaTheme="minorEastAsia" w:hAnsiTheme="minorEastAsia" w:hint="eastAsia"/>
                <w:lang w:eastAsia="ja-JP"/>
              </w:rPr>
              <w:lastRenderedPageBreak/>
              <w:t>いばらきダイバーシティ宣言</w:t>
            </w:r>
          </w:p>
        </w:tc>
        <w:tc>
          <w:tcPr>
            <w:tcW w:w="8646" w:type="dxa"/>
          </w:tcPr>
          <w:p w14:paraId="1ECAEA0A" w14:textId="1E2725F0" w:rsidR="00926A40" w:rsidRDefault="00926A40">
            <w:pPr>
              <w:rPr>
                <w:rFonts w:asciiTheme="minorEastAsia" w:eastAsiaTheme="minorEastAsia" w:hAnsiTheme="minorEastAsia"/>
                <w:lang w:eastAsia="ja-JP"/>
              </w:rPr>
            </w:pPr>
            <w:r w:rsidRPr="00926A40">
              <w:rPr>
                <w:rFonts w:asciiTheme="minorEastAsia" w:eastAsiaTheme="minorEastAsia" w:hAnsiTheme="minorEastAsia" w:hint="eastAsia"/>
                <w:lang w:eastAsia="ja-JP"/>
              </w:rPr>
              <w:t>□</w:t>
            </w:r>
            <w:r>
              <w:rPr>
                <w:rFonts w:asciiTheme="minorEastAsia" w:eastAsiaTheme="minorEastAsia" w:hAnsiTheme="minorEastAsia" w:hint="eastAsia"/>
                <w:lang w:eastAsia="ja-JP"/>
              </w:rPr>
              <w:t xml:space="preserve">登録済み　</w:t>
            </w:r>
            <w:r w:rsidR="00CA0F4A">
              <w:rPr>
                <w:rFonts w:asciiTheme="minorEastAsia" w:eastAsiaTheme="minorEastAsia" w:hAnsiTheme="minorEastAsia" w:hint="eastAsia"/>
                <w:lang w:eastAsia="ja-JP"/>
              </w:rPr>
              <w:t xml:space="preserve">　</w:t>
            </w:r>
            <w:r w:rsidRPr="00926A40">
              <w:rPr>
                <w:rFonts w:asciiTheme="minorEastAsia" w:eastAsiaTheme="minorEastAsia" w:hAnsiTheme="minorEastAsia" w:hint="eastAsia"/>
                <w:lang w:eastAsia="ja-JP"/>
              </w:rPr>
              <w:t>□</w:t>
            </w:r>
            <w:r>
              <w:rPr>
                <w:rFonts w:asciiTheme="minorEastAsia" w:eastAsiaTheme="minorEastAsia" w:hAnsiTheme="minorEastAsia" w:hint="eastAsia"/>
                <w:lang w:eastAsia="ja-JP"/>
              </w:rPr>
              <w:t>申請中</w:t>
            </w:r>
          </w:p>
          <w:p w14:paraId="55838755" w14:textId="3A77F448" w:rsidR="00926A40" w:rsidRDefault="00926A40">
            <w:pPr>
              <w:rPr>
                <w:rFonts w:asciiTheme="minorEastAsia" w:eastAsiaTheme="minorEastAsia" w:hAnsiTheme="minorEastAsia"/>
                <w:lang w:eastAsia="ja-JP"/>
              </w:rPr>
            </w:pPr>
            <w:r>
              <w:rPr>
                <w:rFonts w:asciiTheme="minorEastAsia" w:eastAsiaTheme="minorEastAsia" w:hAnsiTheme="minorEastAsia" w:hint="eastAsia"/>
                <w:lang w:eastAsia="ja-JP"/>
              </w:rPr>
              <w:t>登録（申請）年月日（　　　年　　月　　日）</w:t>
            </w:r>
          </w:p>
        </w:tc>
      </w:tr>
      <w:tr w:rsidR="00FD644D" w:rsidRPr="008F6171" w14:paraId="678F8F46" w14:textId="77777777" w:rsidTr="001729E8">
        <w:trPr>
          <w:jc w:val="center"/>
        </w:trPr>
        <w:tc>
          <w:tcPr>
            <w:tcW w:w="1555" w:type="dxa"/>
            <w:shd w:val="clear" w:color="auto" w:fill="D9D9D9" w:themeFill="background1" w:themeFillShade="D9"/>
          </w:tcPr>
          <w:p w14:paraId="7512A0F5" w14:textId="2C063086" w:rsidR="00FD644D" w:rsidRPr="008F6171" w:rsidRDefault="00FD644D" w:rsidP="00FD644D">
            <w:pPr>
              <w:rPr>
                <w:rFonts w:asciiTheme="minorEastAsia" w:eastAsiaTheme="minorEastAsia" w:hAnsiTheme="minorEastAsia"/>
                <w:lang w:eastAsia="ja-JP"/>
              </w:rPr>
            </w:pPr>
            <w:r>
              <w:rPr>
                <w:rFonts w:asciiTheme="minorEastAsia" w:eastAsiaTheme="minorEastAsia" w:hAnsiTheme="minorEastAsia" w:hint="eastAsia"/>
                <w:lang w:eastAsia="ja-JP"/>
              </w:rPr>
              <w:t>関連する表彰・認定歴</w:t>
            </w:r>
          </w:p>
        </w:tc>
        <w:tc>
          <w:tcPr>
            <w:tcW w:w="8646" w:type="dxa"/>
          </w:tcPr>
          <w:p w14:paraId="048043A0" w14:textId="77777777" w:rsidR="00FD644D" w:rsidRDefault="00FD644D" w:rsidP="00FD644D">
            <w:pPr>
              <w:rPr>
                <w:rFonts w:asciiTheme="minorEastAsia" w:eastAsiaTheme="minorEastAsia" w:hAnsiTheme="minorEastAsia"/>
                <w:lang w:eastAsia="ja-JP"/>
              </w:rPr>
            </w:pPr>
            <w:r>
              <w:rPr>
                <w:rFonts w:asciiTheme="minorEastAsia" w:eastAsiaTheme="minorEastAsia" w:hAnsiTheme="minorEastAsia" w:hint="eastAsia"/>
                <w:lang w:eastAsia="ja-JP"/>
              </w:rPr>
              <w:t>表彰・認定名：</w:t>
            </w:r>
          </w:p>
          <w:p w14:paraId="66B5CD3D" w14:textId="2DE71E10" w:rsidR="00FD644D" w:rsidRPr="008F6171" w:rsidRDefault="00FD644D" w:rsidP="00FD644D">
            <w:pPr>
              <w:rPr>
                <w:rFonts w:asciiTheme="minorEastAsia" w:eastAsiaTheme="minorEastAsia" w:hAnsiTheme="minorEastAsia"/>
                <w:lang w:eastAsia="ja-JP"/>
              </w:rPr>
            </w:pPr>
            <w:r>
              <w:rPr>
                <w:rFonts w:asciiTheme="minorEastAsia" w:eastAsiaTheme="minorEastAsia" w:hAnsiTheme="minorEastAsia" w:hint="eastAsia"/>
                <w:lang w:eastAsia="ja-JP"/>
              </w:rPr>
              <w:t>（例）えるぼし認定、プラチナくるみん等</w:t>
            </w:r>
          </w:p>
        </w:tc>
      </w:tr>
      <w:tr w:rsidR="00FD644D" w:rsidRPr="008F6171" w14:paraId="7081F42B" w14:textId="77777777" w:rsidTr="001729E8">
        <w:trPr>
          <w:jc w:val="center"/>
        </w:trPr>
        <w:tc>
          <w:tcPr>
            <w:tcW w:w="1555" w:type="dxa"/>
            <w:shd w:val="clear" w:color="auto" w:fill="D9D9D9" w:themeFill="background1" w:themeFillShade="D9"/>
          </w:tcPr>
          <w:p w14:paraId="51BD55E8" w14:textId="012ED4DC" w:rsidR="00FD644D" w:rsidRPr="008F6171" w:rsidRDefault="00FD644D" w:rsidP="00FD644D">
            <w:pPr>
              <w:rPr>
                <w:rFonts w:asciiTheme="minorEastAsia" w:eastAsiaTheme="minorEastAsia" w:hAnsiTheme="minorEastAsia"/>
                <w:lang w:eastAsia="ja-JP"/>
              </w:rPr>
            </w:pPr>
            <w:r>
              <w:rPr>
                <w:rFonts w:asciiTheme="minorEastAsia" w:eastAsiaTheme="minorEastAsia" w:hAnsiTheme="minorEastAsia" w:hint="eastAsia"/>
                <w:lang w:eastAsia="ja-JP"/>
              </w:rPr>
              <w:t>行政処分等</w:t>
            </w:r>
          </w:p>
        </w:tc>
        <w:tc>
          <w:tcPr>
            <w:tcW w:w="8646" w:type="dxa"/>
          </w:tcPr>
          <w:p w14:paraId="7448A1B8" w14:textId="77777777" w:rsidR="00FD644D" w:rsidRDefault="00FD644D" w:rsidP="00FD644D">
            <w:pPr>
              <w:rPr>
                <w:rFonts w:asciiTheme="minorEastAsia" w:eastAsiaTheme="minorEastAsia" w:hAnsiTheme="minorEastAsia"/>
                <w:lang w:eastAsia="ja-JP"/>
              </w:rPr>
            </w:pPr>
            <w:r>
              <w:rPr>
                <w:rFonts w:asciiTheme="minorEastAsia" w:eastAsiaTheme="minorEastAsia" w:hAnsiTheme="minorEastAsia" w:hint="eastAsia"/>
                <w:lang w:eastAsia="ja-JP"/>
              </w:rPr>
              <w:t>□労働関係法令その他関係法令を遵守しており、過去３年以内に重大な法令違反その他行政処分を受けていません。</w:t>
            </w:r>
          </w:p>
          <w:p w14:paraId="373CF799" w14:textId="77777777" w:rsidR="00CA0F4A" w:rsidRDefault="00CA0F4A" w:rsidP="00FD644D">
            <w:pPr>
              <w:rPr>
                <w:rFonts w:asciiTheme="minorEastAsia" w:eastAsiaTheme="minorEastAsia" w:hAnsiTheme="minorEastAsia"/>
                <w:lang w:eastAsia="ja-JP"/>
              </w:rPr>
            </w:pPr>
            <w:r>
              <w:rPr>
                <w:rFonts w:asciiTheme="minorEastAsia" w:eastAsiaTheme="minorEastAsia" w:hAnsiTheme="minorEastAsia" w:hint="eastAsia"/>
                <w:lang w:eastAsia="ja-JP"/>
              </w:rPr>
              <w:t>□</w:t>
            </w:r>
            <w:r w:rsidRPr="00CA0F4A">
              <w:rPr>
                <w:rFonts w:asciiTheme="minorEastAsia" w:eastAsiaTheme="minorEastAsia" w:hAnsiTheme="minorEastAsia" w:hint="eastAsia"/>
                <w:lang w:eastAsia="ja-JP"/>
              </w:rPr>
              <w:t>応募書類に記載した内容は事実に相違ありません。</w:t>
            </w:r>
          </w:p>
          <w:p w14:paraId="679594FF" w14:textId="40B295BC" w:rsidR="00CA0F4A" w:rsidRPr="00CA0F4A" w:rsidRDefault="00CA0F4A" w:rsidP="00FD644D">
            <w:pPr>
              <w:rPr>
                <w:rFonts w:asciiTheme="minorEastAsia" w:eastAsiaTheme="minorEastAsia" w:hAnsiTheme="minorEastAsia"/>
                <w:lang w:eastAsia="ja-JP"/>
              </w:rPr>
            </w:pPr>
            <w:r>
              <w:rPr>
                <w:rFonts w:asciiTheme="minorEastAsia" w:eastAsiaTheme="minorEastAsia" w:hAnsiTheme="minorEastAsia" w:hint="eastAsia"/>
                <w:lang w:eastAsia="ja-JP"/>
              </w:rPr>
              <w:t>□</w:t>
            </w:r>
            <w:r w:rsidRPr="00CA0F4A">
              <w:rPr>
                <w:rFonts w:asciiTheme="minorEastAsia" w:eastAsiaTheme="minorEastAsia" w:hAnsiTheme="minorEastAsia"/>
                <w:lang w:eastAsia="ja-JP"/>
              </w:rPr>
              <w:t>応募内容について、茨城県から確認又は追加資料の提出を求められた場合はこれに応じます。</w:t>
            </w:r>
          </w:p>
        </w:tc>
      </w:tr>
      <w:tr w:rsidR="00FD644D" w:rsidRPr="008F6171" w14:paraId="28CD6212" w14:textId="77777777" w:rsidTr="009C1346">
        <w:trPr>
          <w:trHeight w:val="688"/>
          <w:jc w:val="center"/>
        </w:trPr>
        <w:tc>
          <w:tcPr>
            <w:tcW w:w="1555" w:type="dxa"/>
            <w:shd w:val="clear" w:color="auto" w:fill="D9D9D9" w:themeFill="background1" w:themeFillShade="D9"/>
          </w:tcPr>
          <w:p w14:paraId="4A744A93" w14:textId="57384C98" w:rsidR="00FD644D" w:rsidRDefault="00FD644D" w:rsidP="00FD644D">
            <w:pPr>
              <w:rPr>
                <w:rFonts w:asciiTheme="minorEastAsia" w:eastAsiaTheme="minorEastAsia" w:hAnsiTheme="minorEastAsia"/>
                <w:lang w:eastAsia="ja-JP"/>
              </w:rPr>
            </w:pPr>
            <w:proofErr w:type="spellStart"/>
            <w:r w:rsidRPr="008F6171">
              <w:rPr>
                <w:rFonts w:asciiTheme="minorEastAsia" w:eastAsiaTheme="minorEastAsia" w:hAnsiTheme="minorEastAsia"/>
              </w:rPr>
              <w:t>応募区分</w:t>
            </w:r>
            <w:proofErr w:type="spellEnd"/>
          </w:p>
        </w:tc>
        <w:tc>
          <w:tcPr>
            <w:tcW w:w="8646" w:type="dxa"/>
          </w:tcPr>
          <w:p w14:paraId="6A5DBA9F" w14:textId="48383E56" w:rsidR="00FD644D" w:rsidRDefault="00FD644D" w:rsidP="00FD644D">
            <w:pPr>
              <w:rPr>
                <w:rFonts w:asciiTheme="minorEastAsia" w:eastAsiaTheme="minorEastAsia" w:hAnsiTheme="minorEastAsia"/>
                <w:lang w:eastAsia="ja-JP"/>
              </w:rPr>
            </w:pPr>
            <w:r w:rsidRPr="008F6171">
              <w:rPr>
                <w:rFonts w:asciiTheme="minorEastAsia" w:eastAsiaTheme="minorEastAsia" w:hAnsiTheme="minorEastAsia"/>
              </w:rPr>
              <w:t xml:space="preserve">□ </w:t>
            </w:r>
            <w:r w:rsidR="00FC7CCE" w:rsidRPr="008F6171">
              <w:rPr>
                <w:rFonts w:asciiTheme="minorEastAsia" w:eastAsiaTheme="minorEastAsia" w:hAnsiTheme="minorEastAsia" w:hint="eastAsia"/>
              </w:rPr>
              <w:t>自薦　□</w:t>
            </w:r>
            <w:r w:rsidRPr="008F6171">
              <w:rPr>
                <w:rFonts w:asciiTheme="minorEastAsia" w:eastAsiaTheme="minorEastAsia" w:hAnsiTheme="minorEastAsia"/>
              </w:rPr>
              <w:t xml:space="preserve"> 他薦</w:t>
            </w:r>
          </w:p>
        </w:tc>
      </w:tr>
      <w:tr w:rsidR="00FD644D" w:rsidRPr="008F6171" w14:paraId="3288104C" w14:textId="77777777" w:rsidTr="001729E8">
        <w:trPr>
          <w:jc w:val="center"/>
        </w:trPr>
        <w:tc>
          <w:tcPr>
            <w:tcW w:w="1555" w:type="dxa"/>
            <w:shd w:val="clear" w:color="auto" w:fill="D9D9D9" w:themeFill="background1" w:themeFillShade="D9"/>
          </w:tcPr>
          <w:p w14:paraId="71E740B1" w14:textId="77777777" w:rsidR="009C1346" w:rsidRDefault="00FD644D" w:rsidP="00FD644D">
            <w:pPr>
              <w:rPr>
                <w:rFonts w:asciiTheme="minorEastAsia" w:eastAsiaTheme="minorEastAsia" w:hAnsiTheme="minorEastAsia"/>
                <w:lang w:eastAsia="ja-JP"/>
              </w:rPr>
            </w:pPr>
            <w:r w:rsidRPr="008F6171">
              <w:rPr>
                <w:rFonts w:asciiTheme="minorEastAsia" w:eastAsiaTheme="minorEastAsia" w:hAnsiTheme="minorEastAsia"/>
                <w:lang w:eastAsia="ja-JP"/>
              </w:rPr>
              <w:t>推薦者</w:t>
            </w:r>
          </w:p>
          <w:p w14:paraId="097862C6" w14:textId="2315DD51" w:rsidR="00FD644D" w:rsidRPr="008F6171" w:rsidRDefault="009C1346" w:rsidP="00FD644D">
            <w:pPr>
              <w:rPr>
                <w:rFonts w:asciiTheme="minorEastAsia" w:eastAsiaTheme="minorEastAsia" w:hAnsiTheme="minorEastAsia"/>
                <w:lang w:eastAsia="ja-JP"/>
              </w:rPr>
            </w:pPr>
            <w:r>
              <w:rPr>
                <w:rFonts w:asciiTheme="minorEastAsia" w:eastAsiaTheme="minorEastAsia" w:hAnsiTheme="minorEastAsia" w:hint="eastAsia"/>
                <w:lang w:eastAsia="ja-JP"/>
              </w:rPr>
              <w:t>(</w:t>
            </w:r>
            <w:r w:rsidR="00FD644D" w:rsidRPr="008F6171">
              <w:rPr>
                <w:rFonts w:asciiTheme="minorEastAsia" w:eastAsiaTheme="minorEastAsia" w:hAnsiTheme="minorEastAsia"/>
                <w:lang w:eastAsia="ja-JP"/>
              </w:rPr>
              <w:t>他薦の場合</w:t>
            </w:r>
            <w:r>
              <w:rPr>
                <w:rFonts w:asciiTheme="minorEastAsia" w:eastAsiaTheme="minorEastAsia" w:hAnsiTheme="minorEastAsia" w:hint="eastAsia"/>
                <w:lang w:eastAsia="ja-JP"/>
              </w:rPr>
              <w:t>)</w:t>
            </w:r>
          </w:p>
        </w:tc>
        <w:tc>
          <w:tcPr>
            <w:tcW w:w="8646" w:type="dxa"/>
          </w:tcPr>
          <w:p w14:paraId="6A720072" w14:textId="77777777" w:rsidR="00FD644D" w:rsidRPr="008F6171" w:rsidRDefault="00FD644D" w:rsidP="00FD644D">
            <w:pPr>
              <w:rPr>
                <w:rFonts w:asciiTheme="minorEastAsia" w:eastAsiaTheme="minorEastAsia" w:hAnsiTheme="minorEastAsia"/>
                <w:lang w:eastAsia="ja-JP"/>
              </w:rPr>
            </w:pPr>
          </w:p>
        </w:tc>
      </w:tr>
      <w:tr w:rsidR="00FD644D" w:rsidRPr="008F6171" w14:paraId="72C8D949" w14:textId="77777777" w:rsidTr="001729E8">
        <w:trPr>
          <w:jc w:val="center"/>
        </w:trPr>
        <w:tc>
          <w:tcPr>
            <w:tcW w:w="1555" w:type="dxa"/>
            <w:shd w:val="clear" w:color="auto" w:fill="D9D9D9" w:themeFill="background1" w:themeFillShade="D9"/>
          </w:tcPr>
          <w:p w14:paraId="38019EEF" w14:textId="77777777" w:rsidR="009C1346" w:rsidRDefault="00FD644D" w:rsidP="00FD644D">
            <w:pPr>
              <w:rPr>
                <w:rFonts w:asciiTheme="minorEastAsia" w:eastAsiaTheme="minorEastAsia" w:hAnsiTheme="minorEastAsia"/>
                <w:lang w:eastAsia="ja-JP"/>
              </w:rPr>
            </w:pPr>
            <w:r w:rsidRPr="008F6171">
              <w:rPr>
                <w:rFonts w:asciiTheme="minorEastAsia" w:eastAsiaTheme="minorEastAsia" w:hAnsiTheme="minorEastAsia"/>
                <w:lang w:eastAsia="ja-JP"/>
              </w:rPr>
              <w:t>推薦理由</w:t>
            </w:r>
          </w:p>
          <w:p w14:paraId="28E60941" w14:textId="6798DBA3" w:rsidR="00FD644D" w:rsidRPr="008F6171" w:rsidRDefault="009C1346" w:rsidP="00FD644D">
            <w:pPr>
              <w:rPr>
                <w:rFonts w:asciiTheme="minorEastAsia" w:eastAsiaTheme="minorEastAsia" w:hAnsiTheme="minorEastAsia"/>
                <w:lang w:eastAsia="ja-JP"/>
              </w:rPr>
            </w:pPr>
            <w:r>
              <w:rPr>
                <w:rFonts w:asciiTheme="minorEastAsia" w:eastAsiaTheme="minorEastAsia" w:hAnsiTheme="minorEastAsia" w:hint="eastAsia"/>
                <w:lang w:eastAsia="ja-JP"/>
              </w:rPr>
              <w:t>(</w:t>
            </w:r>
            <w:r w:rsidR="00FD644D" w:rsidRPr="008F6171">
              <w:rPr>
                <w:rFonts w:asciiTheme="minorEastAsia" w:eastAsiaTheme="minorEastAsia" w:hAnsiTheme="minorEastAsia"/>
                <w:lang w:eastAsia="ja-JP"/>
              </w:rPr>
              <w:t>他薦の場合</w:t>
            </w:r>
            <w:r>
              <w:rPr>
                <w:rFonts w:asciiTheme="minorEastAsia" w:eastAsiaTheme="minorEastAsia" w:hAnsiTheme="minorEastAsia" w:hint="eastAsia"/>
                <w:lang w:eastAsia="ja-JP"/>
              </w:rPr>
              <w:t>)</w:t>
            </w:r>
          </w:p>
        </w:tc>
        <w:tc>
          <w:tcPr>
            <w:tcW w:w="8646" w:type="dxa"/>
          </w:tcPr>
          <w:p w14:paraId="1BFDCDB2" w14:textId="77777777" w:rsidR="00FD644D" w:rsidRPr="008F6171" w:rsidRDefault="00FD644D" w:rsidP="00FD644D">
            <w:pPr>
              <w:rPr>
                <w:rFonts w:asciiTheme="minorEastAsia" w:eastAsiaTheme="minorEastAsia" w:hAnsiTheme="minorEastAsia"/>
                <w:lang w:eastAsia="ja-JP"/>
              </w:rPr>
            </w:pPr>
          </w:p>
        </w:tc>
      </w:tr>
    </w:tbl>
    <w:p w14:paraId="1327E0EF" w14:textId="6389DC8A" w:rsidR="00BE400E" w:rsidRDefault="00325E5C">
      <w:pPr>
        <w:rPr>
          <w:rFonts w:asciiTheme="minorEastAsia" w:eastAsiaTheme="minorEastAsia" w:hAnsiTheme="minorEastAsia"/>
          <w:bCs/>
          <w:lang w:eastAsia="ja-JP"/>
        </w:rPr>
      </w:pPr>
      <w:r w:rsidRPr="008F6171">
        <w:rPr>
          <w:rFonts w:asciiTheme="minorEastAsia" w:eastAsiaTheme="minorEastAsia" w:hAnsiTheme="minorEastAsia"/>
          <w:b/>
          <w:lang w:eastAsia="ja-JP"/>
        </w:rPr>
        <w:br/>
      </w:r>
    </w:p>
    <w:p w14:paraId="3ADE7DDD" w14:textId="77777777" w:rsidR="00BE400E" w:rsidRDefault="00BE400E">
      <w:pPr>
        <w:rPr>
          <w:rFonts w:asciiTheme="minorEastAsia" w:eastAsiaTheme="minorEastAsia" w:hAnsiTheme="minorEastAsia"/>
          <w:bCs/>
          <w:lang w:eastAsia="ja-JP"/>
        </w:rPr>
      </w:pPr>
      <w:r>
        <w:rPr>
          <w:rFonts w:asciiTheme="minorEastAsia" w:eastAsiaTheme="minorEastAsia" w:hAnsiTheme="minorEastAsia"/>
          <w:bCs/>
          <w:lang w:eastAsia="ja-JP"/>
        </w:rPr>
        <w:br w:type="page"/>
      </w:r>
    </w:p>
    <w:p w14:paraId="7C3129F1" w14:textId="02407352" w:rsidR="000F3D6F" w:rsidRPr="008F6171" w:rsidRDefault="000F3D6F" w:rsidP="000F3D6F">
      <w:pPr>
        <w:rPr>
          <w:rFonts w:asciiTheme="minorEastAsia" w:eastAsiaTheme="minorEastAsia" w:hAnsiTheme="minorEastAsia"/>
          <w:lang w:eastAsia="ja-JP"/>
        </w:rPr>
      </w:pPr>
      <w:r w:rsidRPr="008F6171">
        <w:rPr>
          <w:rFonts w:asciiTheme="minorEastAsia" w:eastAsiaTheme="minorEastAsia" w:hAnsiTheme="minorEastAsia" w:hint="eastAsia"/>
          <w:lang w:eastAsia="ja-JP"/>
        </w:rPr>
        <w:lastRenderedPageBreak/>
        <w:t>様式</w:t>
      </w:r>
      <w:r w:rsidR="00B53824">
        <w:rPr>
          <w:rFonts w:asciiTheme="minorEastAsia" w:eastAsiaTheme="minorEastAsia" w:hAnsiTheme="minorEastAsia" w:hint="eastAsia"/>
          <w:lang w:eastAsia="ja-JP"/>
        </w:rPr>
        <w:t>２</w:t>
      </w:r>
    </w:p>
    <w:p w14:paraId="496CBFD4" w14:textId="206D2212" w:rsidR="004F2F81" w:rsidRPr="008F6171" w:rsidRDefault="00564CE7" w:rsidP="008F6171">
      <w:pPr>
        <w:jc w:val="center"/>
        <w:rPr>
          <w:rFonts w:asciiTheme="minorEastAsia" w:eastAsiaTheme="minorEastAsia" w:hAnsiTheme="minorEastAsia"/>
          <w:lang w:eastAsia="ja-JP"/>
        </w:rPr>
      </w:pPr>
      <w:r w:rsidRPr="00564CE7">
        <w:rPr>
          <w:rFonts w:asciiTheme="minorEastAsia" w:eastAsiaTheme="minorEastAsia" w:hAnsiTheme="minorEastAsia"/>
          <w:b/>
          <w:sz w:val="28"/>
          <w:szCs w:val="28"/>
          <w:lang w:eastAsia="ja-JP"/>
        </w:rPr>
        <w:t>2026</w:t>
      </w:r>
      <w:r w:rsidRPr="00564CE7">
        <w:rPr>
          <w:rFonts w:asciiTheme="minorEastAsia" w:eastAsiaTheme="minorEastAsia" w:hAnsiTheme="minorEastAsia" w:hint="eastAsia"/>
          <w:b/>
          <w:sz w:val="28"/>
          <w:szCs w:val="28"/>
          <w:lang w:eastAsia="ja-JP"/>
        </w:rPr>
        <w:t>（令和</w:t>
      </w:r>
      <w:r w:rsidR="00D80F16">
        <w:rPr>
          <w:rFonts w:asciiTheme="minorEastAsia" w:eastAsiaTheme="minorEastAsia" w:hAnsiTheme="minorEastAsia" w:hint="eastAsia"/>
          <w:b/>
          <w:sz w:val="28"/>
          <w:szCs w:val="28"/>
          <w:lang w:eastAsia="ja-JP"/>
        </w:rPr>
        <w:t>８</w:t>
      </w:r>
      <w:r w:rsidRPr="00564CE7">
        <w:rPr>
          <w:rFonts w:asciiTheme="minorEastAsia" w:eastAsiaTheme="minorEastAsia" w:hAnsiTheme="minorEastAsia" w:hint="eastAsia"/>
          <w:b/>
          <w:sz w:val="28"/>
          <w:szCs w:val="28"/>
          <w:lang w:eastAsia="ja-JP"/>
        </w:rPr>
        <w:t>）年度茨城県</w:t>
      </w:r>
      <w:bookmarkStart w:id="0" w:name="_Hlk241659878"/>
      <w:r w:rsidRPr="00564CE7">
        <w:rPr>
          <w:rFonts w:asciiTheme="minorEastAsia" w:eastAsiaTheme="minorEastAsia" w:hAnsiTheme="minorEastAsia"/>
          <w:b/>
          <w:sz w:val="28"/>
          <w:szCs w:val="28"/>
          <w:lang w:eastAsia="ja-JP"/>
        </w:rPr>
        <w:t>D&amp;I</w:t>
      </w:r>
      <w:bookmarkEnd w:id="0"/>
      <w:r w:rsidRPr="00564CE7">
        <w:rPr>
          <w:rFonts w:asciiTheme="minorEastAsia" w:eastAsiaTheme="minorEastAsia" w:hAnsiTheme="minorEastAsia" w:hint="eastAsia"/>
          <w:b/>
          <w:sz w:val="28"/>
          <w:szCs w:val="28"/>
          <w:lang w:eastAsia="ja-JP"/>
        </w:rPr>
        <w:t>推進企業表彰</w:t>
      </w:r>
      <w:r>
        <w:rPr>
          <w:rFonts w:asciiTheme="minorEastAsia" w:eastAsiaTheme="minorEastAsia" w:hAnsiTheme="minorEastAsia"/>
          <w:b/>
          <w:sz w:val="28"/>
          <w:szCs w:val="28"/>
          <w:lang w:eastAsia="ja-JP"/>
        </w:rPr>
        <w:br/>
      </w:r>
      <w:r w:rsidR="008F6171" w:rsidRPr="008F6171">
        <w:rPr>
          <w:rFonts w:asciiTheme="minorEastAsia" w:eastAsiaTheme="minorEastAsia" w:hAnsiTheme="minorEastAsia" w:hint="eastAsia"/>
          <w:b/>
          <w:sz w:val="28"/>
          <w:szCs w:val="28"/>
          <w:lang w:eastAsia="ja-JP"/>
        </w:rPr>
        <w:t>応募調書</w:t>
      </w:r>
    </w:p>
    <w:p w14:paraId="6C07F125" w14:textId="3DD12014" w:rsidR="004F2F81" w:rsidRPr="008F6171" w:rsidRDefault="008F6171" w:rsidP="008F6171">
      <w:pPr>
        <w:rPr>
          <w:rFonts w:asciiTheme="minorEastAsia" w:eastAsiaTheme="minorEastAsia" w:hAnsiTheme="minorEastAsia"/>
          <w:lang w:eastAsia="ja-JP"/>
        </w:rPr>
      </w:pPr>
      <w:r w:rsidRPr="008F6171">
        <w:rPr>
          <w:rFonts w:asciiTheme="minorEastAsia" w:eastAsiaTheme="minorEastAsia" w:hAnsiTheme="minorEastAsia" w:hint="eastAsia"/>
          <w:b/>
          <w:lang w:eastAsia="ja-JP"/>
        </w:rPr>
        <w:t>１．経営課題</w:t>
      </w:r>
    </w:p>
    <w:tbl>
      <w:tblPr>
        <w:tblStyle w:val="afe"/>
        <w:tblW w:w="0" w:type="auto"/>
        <w:tblLook w:val="04A0" w:firstRow="1" w:lastRow="0" w:firstColumn="1" w:lastColumn="0" w:noHBand="0" w:noVBand="1"/>
      </w:tblPr>
      <w:tblGrid>
        <w:gridCol w:w="3539"/>
        <w:gridCol w:w="7109"/>
      </w:tblGrid>
      <w:tr w:rsidR="00746182" w14:paraId="3ABE4845" w14:textId="77777777" w:rsidTr="00590637">
        <w:trPr>
          <w:trHeight w:val="1152"/>
        </w:trPr>
        <w:tc>
          <w:tcPr>
            <w:tcW w:w="3539" w:type="dxa"/>
            <w:shd w:val="clear" w:color="auto" w:fill="D9D9D9" w:themeFill="background1" w:themeFillShade="D9"/>
            <w:vAlign w:val="center"/>
          </w:tcPr>
          <w:p w14:paraId="566DE92E" w14:textId="714019B0" w:rsidR="00746182" w:rsidRDefault="00746182" w:rsidP="00990DA8">
            <w:pPr>
              <w:jc w:val="both"/>
              <w:rPr>
                <w:rFonts w:asciiTheme="minorEastAsia" w:eastAsiaTheme="minorEastAsia" w:hAnsiTheme="minorEastAsia"/>
                <w:lang w:eastAsia="ja-JP"/>
              </w:rPr>
            </w:pPr>
            <w:r w:rsidRPr="008F6171">
              <w:rPr>
                <w:rFonts w:asciiTheme="minorEastAsia" w:eastAsiaTheme="minorEastAsia" w:hAnsiTheme="minorEastAsia"/>
                <w:lang w:eastAsia="ja-JP"/>
              </w:rPr>
              <w:t>現在の経営課題（複数選択可）</w:t>
            </w:r>
          </w:p>
        </w:tc>
        <w:tc>
          <w:tcPr>
            <w:tcW w:w="7109" w:type="dxa"/>
          </w:tcPr>
          <w:p w14:paraId="6E77D617" w14:textId="61790C0E" w:rsidR="00746182" w:rsidRDefault="00746182" w:rsidP="00746182">
            <w:pPr>
              <w:rPr>
                <w:rFonts w:asciiTheme="minorEastAsia" w:eastAsiaTheme="minorEastAsia" w:hAnsiTheme="minorEastAsia"/>
                <w:lang w:eastAsia="ja-JP"/>
              </w:rPr>
            </w:pPr>
            <w:r w:rsidRPr="008F6171">
              <w:rPr>
                <w:rFonts w:asciiTheme="minorEastAsia" w:eastAsiaTheme="minorEastAsia" w:hAnsiTheme="minorEastAsia"/>
                <w:lang w:eastAsia="ja-JP"/>
              </w:rPr>
              <w:t xml:space="preserve">☐ 採用　</w:t>
            </w:r>
            <w:r w:rsidR="003B1A15">
              <w:rPr>
                <w:rFonts w:asciiTheme="minorEastAsia" w:eastAsiaTheme="minorEastAsia" w:hAnsiTheme="minorEastAsia" w:hint="eastAsia"/>
                <w:lang w:eastAsia="ja-JP"/>
              </w:rPr>
              <w:t xml:space="preserve">　　　　　</w:t>
            </w:r>
            <w:r w:rsidRPr="008F6171">
              <w:rPr>
                <w:rFonts w:asciiTheme="minorEastAsia" w:eastAsiaTheme="minorEastAsia" w:hAnsiTheme="minorEastAsia"/>
                <w:lang w:eastAsia="ja-JP"/>
              </w:rPr>
              <w:t xml:space="preserve">☐ </w:t>
            </w:r>
            <w:r w:rsidR="0088175D">
              <w:rPr>
                <w:rFonts w:asciiTheme="minorEastAsia" w:eastAsiaTheme="minorEastAsia" w:hAnsiTheme="minorEastAsia" w:hint="eastAsia"/>
                <w:lang w:eastAsia="ja-JP"/>
              </w:rPr>
              <w:t>人材</w:t>
            </w:r>
            <w:r w:rsidRPr="008F6171">
              <w:rPr>
                <w:rFonts w:asciiTheme="minorEastAsia" w:eastAsiaTheme="minorEastAsia" w:hAnsiTheme="minorEastAsia"/>
                <w:lang w:eastAsia="ja-JP"/>
              </w:rPr>
              <w:t>定着</w:t>
            </w:r>
            <w:r>
              <w:rPr>
                <w:rFonts w:asciiTheme="minorEastAsia" w:eastAsiaTheme="minorEastAsia" w:hAnsiTheme="minorEastAsia" w:hint="eastAsia"/>
                <w:lang w:eastAsia="ja-JP"/>
              </w:rPr>
              <w:t>(離職)</w:t>
            </w:r>
            <w:r w:rsidR="003B1A15">
              <w:rPr>
                <w:rFonts w:asciiTheme="minorEastAsia" w:eastAsiaTheme="minorEastAsia" w:hAnsiTheme="minorEastAsia" w:hint="eastAsia"/>
                <w:lang w:eastAsia="ja-JP"/>
              </w:rPr>
              <w:t xml:space="preserve">　　</w:t>
            </w:r>
            <w:r w:rsidRPr="008F6171">
              <w:rPr>
                <w:rFonts w:asciiTheme="minorEastAsia" w:eastAsiaTheme="minorEastAsia" w:hAnsiTheme="minorEastAsia"/>
                <w:lang w:eastAsia="ja-JP"/>
              </w:rPr>
              <w:t xml:space="preserve">　☐ </w:t>
            </w:r>
            <w:r>
              <w:rPr>
                <w:rFonts w:asciiTheme="minorEastAsia" w:eastAsiaTheme="minorEastAsia" w:hAnsiTheme="minorEastAsia" w:hint="eastAsia"/>
                <w:lang w:eastAsia="ja-JP"/>
              </w:rPr>
              <w:t xml:space="preserve">エンゲージメント　　　　　　　　</w:t>
            </w:r>
            <w:r w:rsidRPr="008F6171">
              <w:rPr>
                <w:rFonts w:asciiTheme="minorEastAsia" w:eastAsiaTheme="minorEastAsia" w:hAnsiTheme="minorEastAsia"/>
                <w:lang w:eastAsia="ja-JP"/>
              </w:rPr>
              <w:t xml:space="preserve">　☐ </w:t>
            </w:r>
            <w:r>
              <w:rPr>
                <w:rFonts w:asciiTheme="minorEastAsia" w:eastAsiaTheme="minorEastAsia" w:hAnsiTheme="minorEastAsia" w:hint="eastAsia"/>
                <w:lang w:eastAsia="ja-JP"/>
              </w:rPr>
              <w:t>既存事業活性化</w:t>
            </w:r>
            <w:r w:rsidRPr="008F6171">
              <w:rPr>
                <w:rFonts w:asciiTheme="minorEastAsia" w:eastAsiaTheme="minorEastAsia" w:hAnsiTheme="minorEastAsia"/>
                <w:lang w:eastAsia="ja-JP"/>
              </w:rPr>
              <w:t xml:space="preserve">　☐ </w:t>
            </w:r>
            <w:r>
              <w:rPr>
                <w:rFonts w:asciiTheme="minorEastAsia" w:eastAsiaTheme="minorEastAsia" w:hAnsiTheme="minorEastAsia" w:hint="eastAsia"/>
                <w:lang w:eastAsia="ja-JP"/>
              </w:rPr>
              <w:t xml:space="preserve">新規事業提案  </w:t>
            </w:r>
            <w:r w:rsidRPr="008F6171">
              <w:rPr>
                <w:rFonts w:asciiTheme="minorEastAsia" w:eastAsiaTheme="minorEastAsia" w:hAnsiTheme="minorEastAsia"/>
                <w:lang w:eastAsia="ja-JP"/>
              </w:rPr>
              <w:t xml:space="preserve">　☐ </w:t>
            </w:r>
            <w:r>
              <w:rPr>
                <w:rFonts w:asciiTheme="minorEastAsia" w:eastAsiaTheme="minorEastAsia" w:hAnsiTheme="minorEastAsia" w:hint="eastAsia"/>
                <w:lang w:eastAsia="ja-JP"/>
              </w:rPr>
              <w:t xml:space="preserve">ハラスメント　　     </w:t>
            </w:r>
            <w:r w:rsidRPr="008F6171">
              <w:rPr>
                <w:rFonts w:asciiTheme="minorEastAsia" w:eastAsiaTheme="minorEastAsia" w:hAnsiTheme="minorEastAsia"/>
                <w:lang w:eastAsia="ja-JP"/>
              </w:rPr>
              <w:t xml:space="preserve">☐ </w:t>
            </w:r>
            <w:r>
              <w:rPr>
                <w:rFonts w:asciiTheme="minorEastAsia" w:eastAsiaTheme="minorEastAsia" w:hAnsiTheme="minorEastAsia" w:hint="eastAsia"/>
                <w:lang w:eastAsia="ja-JP"/>
              </w:rPr>
              <w:t>社内コミュニケーション</w:t>
            </w:r>
          </w:p>
          <w:p w14:paraId="51977708" w14:textId="0E5DF7DE" w:rsidR="00746182" w:rsidRPr="00746182" w:rsidRDefault="00746182" w:rsidP="00746182">
            <w:pPr>
              <w:rPr>
                <w:rFonts w:asciiTheme="minorEastAsia" w:eastAsiaTheme="minorEastAsia" w:hAnsiTheme="minorEastAsia"/>
                <w:lang w:eastAsia="ja-JP"/>
              </w:rPr>
            </w:pPr>
            <w:r w:rsidRPr="008F6171">
              <w:rPr>
                <w:rFonts w:asciiTheme="minorEastAsia" w:eastAsiaTheme="minorEastAsia" w:hAnsiTheme="minorEastAsia"/>
                <w:lang w:eastAsia="ja-JP"/>
              </w:rPr>
              <w:t xml:space="preserve">☐ その他（　　</w:t>
            </w:r>
            <w:r w:rsidR="00D22334">
              <w:rPr>
                <w:rFonts w:asciiTheme="minorEastAsia" w:eastAsiaTheme="minorEastAsia" w:hAnsiTheme="minorEastAsia" w:hint="eastAsia"/>
                <w:lang w:eastAsia="ja-JP"/>
              </w:rPr>
              <w:t xml:space="preserve">　　　　　　　　　　　　　　　　　　　　</w:t>
            </w:r>
            <w:r w:rsidRPr="008F6171">
              <w:rPr>
                <w:rFonts w:asciiTheme="minorEastAsia" w:eastAsiaTheme="minorEastAsia" w:hAnsiTheme="minorEastAsia"/>
                <w:lang w:eastAsia="ja-JP"/>
              </w:rPr>
              <w:t xml:space="preserve">　）</w:t>
            </w:r>
            <w:r w:rsidRPr="008F6171">
              <w:rPr>
                <w:rFonts w:asciiTheme="minorEastAsia" w:eastAsiaTheme="minorEastAsia" w:hAnsiTheme="minorEastAsia"/>
                <w:lang w:eastAsia="ja-JP"/>
              </w:rPr>
              <w:br/>
            </w:r>
          </w:p>
        </w:tc>
      </w:tr>
    </w:tbl>
    <w:p w14:paraId="2B8B7348" w14:textId="1FDF562C" w:rsidR="004F2F81" w:rsidRPr="008F6171" w:rsidRDefault="004F2F81" w:rsidP="00746182">
      <w:pPr>
        <w:spacing w:after="0"/>
        <w:rPr>
          <w:rFonts w:asciiTheme="minorEastAsia" w:eastAsiaTheme="minorEastAsia" w:hAnsiTheme="minorEastAsia"/>
          <w:lang w:eastAsia="ja-JP"/>
        </w:rPr>
      </w:pPr>
    </w:p>
    <w:p w14:paraId="14EC943D" w14:textId="6F128536" w:rsidR="008F6171" w:rsidRPr="008F6171" w:rsidRDefault="008F6171" w:rsidP="008F6171">
      <w:pPr>
        <w:rPr>
          <w:rFonts w:asciiTheme="minorEastAsia" w:eastAsiaTheme="minorEastAsia" w:hAnsiTheme="minorEastAsia"/>
          <w:lang w:eastAsia="ja-JP"/>
        </w:rPr>
      </w:pPr>
      <w:r w:rsidRPr="008F6171">
        <w:rPr>
          <w:rFonts w:asciiTheme="minorEastAsia" w:eastAsiaTheme="minorEastAsia" w:hAnsiTheme="minorEastAsia" w:hint="eastAsia"/>
          <w:b/>
          <w:lang w:eastAsia="ja-JP"/>
        </w:rPr>
        <w:t>２．</w:t>
      </w:r>
      <w:r w:rsidR="00D80F16" w:rsidRPr="00D80F16">
        <w:rPr>
          <w:rFonts w:asciiTheme="minorEastAsia" w:eastAsiaTheme="minorEastAsia" w:hAnsiTheme="minorEastAsia"/>
          <w:b/>
          <w:lang w:eastAsia="ja-JP"/>
        </w:rPr>
        <w:t>D&amp;I</w:t>
      </w:r>
      <w:r w:rsidRPr="008F6171">
        <w:rPr>
          <w:rFonts w:asciiTheme="minorEastAsia" w:eastAsiaTheme="minorEastAsia" w:hAnsiTheme="minorEastAsia" w:hint="eastAsia"/>
          <w:b/>
          <w:lang w:eastAsia="ja-JP"/>
        </w:rPr>
        <w:t>の取組</w:t>
      </w:r>
    </w:p>
    <w:tbl>
      <w:tblPr>
        <w:tblStyle w:val="afe"/>
        <w:tblW w:w="0" w:type="auto"/>
        <w:tblLook w:val="04A0" w:firstRow="1" w:lastRow="0" w:firstColumn="1" w:lastColumn="0" w:noHBand="0" w:noVBand="1"/>
      </w:tblPr>
      <w:tblGrid>
        <w:gridCol w:w="4673"/>
        <w:gridCol w:w="5975"/>
      </w:tblGrid>
      <w:tr w:rsidR="003B1A15" w14:paraId="1AF5E976" w14:textId="77777777" w:rsidTr="00590637">
        <w:trPr>
          <w:trHeight w:val="1141"/>
        </w:trPr>
        <w:tc>
          <w:tcPr>
            <w:tcW w:w="4673" w:type="dxa"/>
            <w:shd w:val="clear" w:color="auto" w:fill="D9D9D9" w:themeFill="background1" w:themeFillShade="D9"/>
            <w:vAlign w:val="center"/>
          </w:tcPr>
          <w:p w14:paraId="7086861B" w14:textId="2A5D5B35" w:rsidR="003B1A15" w:rsidRDefault="003B1A15" w:rsidP="00990DA8">
            <w:pPr>
              <w:jc w:val="both"/>
              <w:rPr>
                <w:rFonts w:asciiTheme="minorEastAsia" w:eastAsiaTheme="minorEastAsia" w:hAnsiTheme="minorEastAsia"/>
                <w:lang w:eastAsia="ja-JP"/>
              </w:rPr>
            </w:pPr>
            <w:r w:rsidRPr="008F6171">
              <w:rPr>
                <w:rFonts w:asciiTheme="minorEastAsia" w:eastAsiaTheme="minorEastAsia" w:hAnsiTheme="minorEastAsia"/>
                <w:lang w:eastAsia="ja-JP"/>
              </w:rPr>
              <w:t>なぜこの取組を始めたのか（背景・目的）</w:t>
            </w:r>
          </w:p>
        </w:tc>
        <w:tc>
          <w:tcPr>
            <w:tcW w:w="5975" w:type="dxa"/>
          </w:tcPr>
          <w:p w14:paraId="01599267" w14:textId="77777777" w:rsidR="003B1A15" w:rsidRDefault="003B1A15">
            <w:pPr>
              <w:rPr>
                <w:rFonts w:asciiTheme="minorEastAsia" w:eastAsiaTheme="minorEastAsia" w:hAnsiTheme="minorEastAsia"/>
                <w:lang w:eastAsia="ja-JP"/>
              </w:rPr>
            </w:pPr>
          </w:p>
          <w:p w14:paraId="3C63A377" w14:textId="77777777" w:rsidR="003B1A15" w:rsidRDefault="003B1A15">
            <w:pPr>
              <w:rPr>
                <w:rFonts w:asciiTheme="minorEastAsia" w:eastAsiaTheme="minorEastAsia" w:hAnsiTheme="minorEastAsia"/>
                <w:lang w:eastAsia="ja-JP"/>
              </w:rPr>
            </w:pPr>
          </w:p>
          <w:p w14:paraId="17F526E8" w14:textId="77777777" w:rsidR="003B1A15" w:rsidRDefault="003B1A15">
            <w:pPr>
              <w:rPr>
                <w:rFonts w:asciiTheme="minorEastAsia" w:eastAsiaTheme="minorEastAsia" w:hAnsiTheme="minorEastAsia"/>
                <w:lang w:eastAsia="ja-JP"/>
              </w:rPr>
            </w:pPr>
          </w:p>
          <w:p w14:paraId="73D3AF38" w14:textId="3ACC6938" w:rsidR="003B1A15" w:rsidRDefault="003B1A15">
            <w:pPr>
              <w:rPr>
                <w:rFonts w:asciiTheme="minorEastAsia" w:eastAsiaTheme="minorEastAsia" w:hAnsiTheme="minorEastAsia"/>
                <w:lang w:eastAsia="ja-JP"/>
              </w:rPr>
            </w:pPr>
          </w:p>
        </w:tc>
      </w:tr>
      <w:tr w:rsidR="003B1A15" w14:paraId="37DF1AC9" w14:textId="77777777" w:rsidTr="00590637">
        <w:trPr>
          <w:trHeight w:val="1142"/>
        </w:trPr>
        <w:tc>
          <w:tcPr>
            <w:tcW w:w="4673" w:type="dxa"/>
            <w:shd w:val="clear" w:color="auto" w:fill="D9D9D9" w:themeFill="background1" w:themeFillShade="D9"/>
            <w:vAlign w:val="center"/>
          </w:tcPr>
          <w:p w14:paraId="166AE2D4" w14:textId="7E816C72" w:rsidR="003B1A15" w:rsidRPr="003B1A15" w:rsidRDefault="003B1A15" w:rsidP="00990DA8">
            <w:pPr>
              <w:jc w:val="both"/>
              <w:rPr>
                <w:rFonts w:asciiTheme="minorEastAsia" w:eastAsiaTheme="minorEastAsia" w:hAnsiTheme="minorEastAsia"/>
                <w:lang w:eastAsia="ja-JP"/>
              </w:rPr>
            </w:pPr>
            <w:r w:rsidRPr="008F6171">
              <w:rPr>
                <w:rFonts w:asciiTheme="minorEastAsia" w:eastAsiaTheme="minorEastAsia" w:hAnsiTheme="minorEastAsia"/>
                <w:lang w:eastAsia="ja-JP"/>
              </w:rPr>
              <w:t>取組を進める上で工夫したこと</w:t>
            </w:r>
          </w:p>
        </w:tc>
        <w:tc>
          <w:tcPr>
            <w:tcW w:w="5975" w:type="dxa"/>
          </w:tcPr>
          <w:p w14:paraId="37222FCE" w14:textId="77777777" w:rsidR="003B1A15" w:rsidRDefault="003B1A15">
            <w:pPr>
              <w:rPr>
                <w:rFonts w:asciiTheme="minorEastAsia" w:eastAsiaTheme="minorEastAsia" w:hAnsiTheme="minorEastAsia"/>
                <w:lang w:eastAsia="ja-JP"/>
              </w:rPr>
            </w:pPr>
          </w:p>
          <w:p w14:paraId="0EEDFD01" w14:textId="77777777" w:rsidR="003B1A15" w:rsidRDefault="003B1A15">
            <w:pPr>
              <w:rPr>
                <w:rFonts w:asciiTheme="minorEastAsia" w:eastAsiaTheme="minorEastAsia" w:hAnsiTheme="minorEastAsia"/>
                <w:lang w:eastAsia="ja-JP"/>
              </w:rPr>
            </w:pPr>
          </w:p>
          <w:p w14:paraId="09E89ECB" w14:textId="77777777" w:rsidR="003B1A15" w:rsidRDefault="003B1A15">
            <w:pPr>
              <w:rPr>
                <w:rFonts w:asciiTheme="minorEastAsia" w:eastAsiaTheme="minorEastAsia" w:hAnsiTheme="minorEastAsia"/>
                <w:lang w:eastAsia="ja-JP"/>
              </w:rPr>
            </w:pPr>
          </w:p>
          <w:p w14:paraId="1D8CA693" w14:textId="77777777" w:rsidR="003B1A15" w:rsidRDefault="003B1A15">
            <w:pPr>
              <w:rPr>
                <w:rFonts w:asciiTheme="minorEastAsia" w:eastAsiaTheme="minorEastAsia" w:hAnsiTheme="minorEastAsia"/>
                <w:lang w:eastAsia="ja-JP"/>
              </w:rPr>
            </w:pPr>
          </w:p>
        </w:tc>
      </w:tr>
    </w:tbl>
    <w:p w14:paraId="123488D2" w14:textId="0EB82008" w:rsidR="004F2F81" w:rsidRPr="003B1A15" w:rsidRDefault="004F2F81" w:rsidP="00564CE7">
      <w:pPr>
        <w:spacing w:after="0" w:line="240" w:lineRule="auto"/>
        <w:rPr>
          <w:rFonts w:asciiTheme="minorEastAsia" w:eastAsiaTheme="minorEastAsia" w:hAnsiTheme="minorEastAsia"/>
          <w:lang w:eastAsia="ja-JP"/>
        </w:rPr>
      </w:pPr>
    </w:p>
    <w:p w14:paraId="47C67C80" w14:textId="2EDF83BE" w:rsidR="008F6171" w:rsidRDefault="008F6171" w:rsidP="008F6171">
      <w:pPr>
        <w:rPr>
          <w:rFonts w:asciiTheme="minorEastAsia" w:eastAsiaTheme="minorEastAsia" w:hAnsiTheme="minorEastAsia"/>
          <w:b/>
          <w:lang w:eastAsia="ja-JP"/>
        </w:rPr>
      </w:pPr>
      <w:r w:rsidRPr="008F6171">
        <w:rPr>
          <w:rFonts w:asciiTheme="minorEastAsia" w:eastAsiaTheme="minorEastAsia" w:hAnsiTheme="minorEastAsia" w:hint="eastAsia"/>
          <w:b/>
          <w:lang w:eastAsia="ja-JP"/>
        </w:rPr>
        <w:t>３．</w:t>
      </w:r>
      <w:r w:rsidR="00D80F16" w:rsidRPr="00D80F16">
        <w:rPr>
          <w:rFonts w:asciiTheme="minorEastAsia" w:eastAsiaTheme="minorEastAsia" w:hAnsiTheme="minorEastAsia"/>
          <w:b/>
          <w:lang w:eastAsia="ja-JP"/>
        </w:rPr>
        <w:t>D&amp;I</w:t>
      </w:r>
      <w:r w:rsidR="007411B7">
        <w:rPr>
          <w:rFonts w:asciiTheme="minorEastAsia" w:eastAsiaTheme="minorEastAsia" w:hAnsiTheme="minorEastAsia" w:hint="eastAsia"/>
          <w:b/>
          <w:lang w:eastAsia="ja-JP"/>
        </w:rPr>
        <w:t>の</w:t>
      </w:r>
      <w:bookmarkStart w:id="1" w:name="_Hlk241572870"/>
      <w:r w:rsidR="003B1A15">
        <w:rPr>
          <w:rFonts w:asciiTheme="minorEastAsia" w:eastAsiaTheme="minorEastAsia" w:hAnsiTheme="minorEastAsia" w:hint="eastAsia"/>
          <w:b/>
          <w:lang w:eastAsia="ja-JP"/>
        </w:rPr>
        <w:t>具体的な取組</w:t>
      </w:r>
      <w:bookmarkEnd w:id="1"/>
    </w:p>
    <w:tbl>
      <w:tblPr>
        <w:tblStyle w:val="afe"/>
        <w:tblW w:w="0" w:type="auto"/>
        <w:tblLayout w:type="fixed"/>
        <w:tblLook w:val="04A0" w:firstRow="1" w:lastRow="0" w:firstColumn="1" w:lastColumn="0" w:noHBand="0" w:noVBand="1"/>
      </w:tblPr>
      <w:tblGrid>
        <w:gridCol w:w="704"/>
        <w:gridCol w:w="3119"/>
        <w:gridCol w:w="4163"/>
        <w:gridCol w:w="2662"/>
      </w:tblGrid>
      <w:tr w:rsidR="003B1A15" w14:paraId="4735D465" w14:textId="77777777" w:rsidTr="0079630A">
        <w:trPr>
          <w:trHeight w:val="334"/>
        </w:trPr>
        <w:tc>
          <w:tcPr>
            <w:tcW w:w="704" w:type="dxa"/>
            <w:shd w:val="clear" w:color="auto" w:fill="D9D9D9" w:themeFill="background1" w:themeFillShade="D9"/>
          </w:tcPr>
          <w:p w14:paraId="36596033" w14:textId="1C2C62A9" w:rsidR="003B1A15" w:rsidRDefault="00977D6F" w:rsidP="008F6171">
            <w:pPr>
              <w:rPr>
                <w:rFonts w:asciiTheme="minorEastAsia" w:eastAsiaTheme="minorEastAsia" w:hAnsiTheme="minorEastAsia"/>
                <w:lang w:eastAsia="ja-JP"/>
              </w:rPr>
            </w:pPr>
            <w:r>
              <w:rPr>
                <w:rFonts w:asciiTheme="minorEastAsia" w:eastAsiaTheme="minorEastAsia" w:hAnsiTheme="minorEastAsia" w:hint="eastAsia"/>
                <w:lang w:eastAsia="ja-JP"/>
              </w:rPr>
              <w:t>評価項目</w:t>
            </w:r>
          </w:p>
        </w:tc>
        <w:tc>
          <w:tcPr>
            <w:tcW w:w="3119" w:type="dxa"/>
            <w:shd w:val="clear" w:color="auto" w:fill="D9D9D9" w:themeFill="background1" w:themeFillShade="D9"/>
          </w:tcPr>
          <w:p w14:paraId="1DCC4CFC" w14:textId="49B34EF6" w:rsidR="003B1A15" w:rsidRDefault="003B1A15" w:rsidP="00977D6F">
            <w:pPr>
              <w:jc w:val="center"/>
              <w:rPr>
                <w:rFonts w:asciiTheme="minorEastAsia" w:eastAsiaTheme="minorEastAsia" w:hAnsiTheme="minorEastAsia"/>
                <w:lang w:eastAsia="ja-JP"/>
              </w:rPr>
            </w:pPr>
            <w:r>
              <w:rPr>
                <w:rFonts w:asciiTheme="minorEastAsia" w:eastAsiaTheme="minorEastAsia" w:hAnsiTheme="minorEastAsia" w:hint="eastAsia"/>
                <w:lang w:eastAsia="ja-JP"/>
              </w:rPr>
              <w:t>取組項目</w:t>
            </w:r>
          </w:p>
        </w:tc>
        <w:tc>
          <w:tcPr>
            <w:tcW w:w="4163" w:type="dxa"/>
            <w:shd w:val="clear" w:color="auto" w:fill="D9D9D9" w:themeFill="background1" w:themeFillShade="D9"/>
          </w:tcPr>
          <w:p w14:paraId="41B22BD3" w14:textId="19F68C36" w:rsidR="003B1A15" w:rsidRDefault="003B1A15" w:rsidP="00977D6F">
            <w:pPr>
              <w:jc w:val="center"/>
              <w:rPr>
                <w:rFonts w:asciiTheme="minorEastAsia" w:eastAsiaTheme="minorEastAsia" w:hAnsiTheme="minorEastAsia"/>
                <w:lang w:eastAsia="ja-JP"/>
              </w:rPr>
            </w:pPr>
            <w:r>
              <w:rPr>
                <w:rFonts w:asciiTheme="minorEastAsia" w:eastAsiaTheme="minorEastAsia" w:hAnsiTheme="minorEastAsia" w:hint="eastAsia"/>
                <w:lang w:eastAsia="ja-JP"/>
              </w:rPr>
              <w:t>具体的な取組内容</w:t>
            </w:r>
          </w:p>
        </w:tc>
        <w:tc>
          <w:tcPr>
            <w:tcW w:w="2662" w:type="dxa"/>
            <w:shd w:val="clear" w:color="auto" w:fill="D9D9D9" w:themeFill="background1" w:themeFillShade="D9"/>
          </w:tcPr>
          <w:p w14:paraId="6B48140B" w14:textId="579ED538" w:rsidR="003B1A15" w:rsidRDefault="003B1A15" w:rsidP="00977D6F">
            <w:pPr>
              <w:jc w:val="center"/>
              <w:rPr>
                <w:rFonts w:asciiTheme="minorEastAsia" w:eastAsiaTheme="minorEastAsia" w:hAnsiTheme="minorEastAsia"/>
                <w:lang w:eastAsia="ja-JP"/>
              </w:rPr>
            </w:pPr>
            <w:r>
              <w:rPr>
                <w:rFonts w:asciiTheme="minorEastAsia" w:eastAsiaTheme="minorEastAsia" w:hAnsiTheme="minorEastAsia" w:hint="eastAsia"/>
                <w:lang w:eastAsia="ja-JP"/>
              </w:rPr>
              <w:t>取組実績</w:t>
            </w:r>
          </w:p>
        </w:tc>
      </w:tr>
      <w:tr w:rsidR="003B1A15" w14:paraId="143EE01A" w14:textId="77777777" w:rsidTr="0079630A">
        <w:trPr>
          <w:cantSplit/>
          <w:trHeight w:val="1134"/>
        </w:trPr>
        <w:tc>
          <w:tcPr>
            <w:tcW w:w="704" w:type="dxa"/>
            <w:shd w:val="clear" w:color="auto" w:fill="D9D9D9" w:themeFill="background1" w:themeFillShade="D9"/>
            <w:textDirection w:val="tbRlV"/>
            <w:vAlign w:val="center"/>
          </w:tcPr>
          <w:p w14:paraId="7721FDD4" w14:textId="0A2E84B1" w:rsidR="00A761CA" w:rsidRDefault="003B1A15" w:rsidP="00990DA8">
            <w:pPr>
              <w:ind w:left="113" w:right="113"/>
              <w:jc w:val="center"/>
              <w:rPr>
                <w:rFonts w:asciiTheme="minorEastAsia" w:eastAsiaTheme="minorEastAsia" w:hAnsiTheme="minorEastAsia"/>
                <w:lang w:eastAsia="ja-JP"/>
              </w:rPr>
            </w:pPr>
            <w:r>
              <w:rPr>
                <w:rFonts w:asciiTheme="minorEastAsia" w:eastAsiaTheme="minorEastAsia" w:hAnsiTheme="minorEastAsia" w:hint="eastAsia"/>
                <w:lang w:eastAsia="ja-JP"/>
              </w:rPr>
              <w:t>経営戦略・推進体制</w:t>
            </w:r>
          </w:p>
        </w:tc>
        <w:tc>
          <w:tcPr>
            <w:tcW w:w="3119" w:type="dxa"/>
          </w:tcPr>
          <w:p w14:paraId="42103123"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276B7" w:rsidRPr="00A276B7">
              <w:rPr>
                <w:rFonts w:asciiTheme="minorEastAsia" w:eastAsiaTheme="minorEastAsia" w:hAnsiTheme="minorEastAsia" w:hint="eastAsia"/>
                <w:lang w:eastAsia="ja-JP"/>
              </w:rPr>
              <w:t>経営トップが方針として明確に発信している</w:t>
            </w:r>
          </w:p>
          <w:p w14:paraId="394B20D6"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276B7" w:rsidRPr="00A276B7">
              <w:rPr>
                <w:rFonts w:asciiTheme="minorEastAsia" w:eastAsiaTheme="minorEastAsia" w:hAnsiTheme="minorEastAsia" w:hint="eastAsia"/>
                <w:lang w:eastAsia="ja-JP"/>
              </w:rPr>
              <w:t>経営計画等に</w:t>
            </w:r>
            <w:r w:rsidR="002B7D84">
              <w:rPr>
                <w:rFonts w:asciiTheme="minorEastAsia" w:eastAsiaTheme="minorEastAsia" w:hAnsiTheme="minorEastAsia" w:hint="eastAsia"/>
                <w:lang w:eastAsia="ja-JP"/>
              </w:rPr>
              <w:t>D&amp;I</w:t>
            </w:r>
            <w:r w:rsidR="00A276B7" w:rsidRPr="00A276B7">
              <w:rPr>
                <w:rFonts w:asciiTheme="minorEastAsia" w:eastAsiaTheme="minorEastAsia" w:hAnsiTheme="minorEastAsia" w:hint="eastAsia"/>
                <w:lang w:eastAsia="ja-JP"/>
              </w:rPr>
              <w:t>推進が位置付けられている</w:t>
            </w:r>
          </w:p>
          <w:p w14:paraId="69D569A7"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276B7" w:rsidRPr="00A276B7">
              <w:rPr>
                <w:rFonts w:asciiTheme="minorEastAsia" w:eastAsiaTheme="minorEastAsia" w:hAnsiTheme="minorEastAsia" w:hint="eastAsia"/>
                <w:lang w:eastAsia="ja-JP"/>
              </w:rPr>
              <w:t>推進担当部署または責任者が設置されている</w:t>
            </w:r>
          </w:p>
          <w:p w14:paraId="6F6E924B"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276B7" w:rsidRPr="00A276B7">
              <w:rPr>
                <w:rFonts w:asciiTheme="minorEastAsia" w:eastAsiaTheme="minorEastAsia" w:hAnsiTheme="minorEastAsia" w:hint="eastAsia"/>
                <w:lang w:eastAsia="ja-JP"/>
              </w:rPr>
              <w:t>全社横断的な推進体制（委員会等）がある</w:t>
            </w:r>
          </w:p>
          <w:p w14:paraId="61CD7F78"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276B7" w:rsidRPr="00A276B7">
              <w:rPr>
                <w:rFonts w:asciiTheme="minorEastAsia" w:eastAsiaTheme="minorEastAsia" w:hAnsiTheme="minorEastAsia" w:hint="eastAsia"/>
                <w:lang w:eastAsia="ja-JP"/>
              </w:rPr>
              <w:t>数値目標（</w:t>
            </w:r>
            <w:r w:rsidR="00A276B7" w:rsidRPr="00A276B7">
              <w:rPr>
                <w:rFonts w:asciiTheme="minorEastAsia" w:eastAsiaTheme="minorEastAsia" w:hAnsiTheme="minorEastAsia"/>
                <w:lang w:eastAsia="ja-JP"/>
              </w:rPr>
              <w:t>KPI</w:t>
            </w:r>
            <w:r w:rsidR="00A276B7" w:rsidRPr="00A276B7">
              <w:rPr>
                <w:rFonts w:asciiTheme="minorEastAsia" w:eastAsiaTheme="minorEastAsia" w:hAnsiTheme="minorEastAsia" w:hint="eastAsia"/>
                <w:lang w:eastAsia="ja-JP"/>
              </w:rPr>
              <w:t>）を設定している</w:t>
            </w:r>
          </w:p>
          <w:p w14:paraId="6E13B7BB" w14:textId="0D9841EF" w:rsidR="003B1A15"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276B7" w:rsidRPr="00A276B7">
              <w:rPr>
                <w:rFonts w:asciiTheme="minorEastAsia" w:eastAsiaTheme="minorEastAsia" w:hAnsiTheme="minorEastAsia" w:hint="eastAsia"/>
                <w:lang w:eastAsia="ja-JP"/>
              </w:rPr>
              <w:t>進捗管理・見直</w:t>
            </w:r>
            <w:r w:rsidR="007411B7">
              <w:rPr>
                <w:rFonts w:asciiTheme="minorEastAsia" w:eastAsiaTheme="minorEastAsia" w:hAnsiTheme="minorEastAsia" w:hint="eastAsia"/>
                <w:lang w:eastAsia="ja-JP"/>
              </w:rPr>
              <w:t>し(</w:t>
            </w:r>
            <w:r w:rsidR="00A276B7" w:rsidRPr="00A276B7">
              <w:rPr>
                <w:rFonts w:asciiTheme="minorEastAsia" w:eastAsiaTheme="minorEastAsia" w:hAnsiTheme="minorEastAsia"/>
                <w:lang w:eastAsia="ja-JP"/>
              </w:rPr>
              <w:t>PDCA</w:t>
            </w:r>
            <w:r w:rsidR="007411B7">
              <w:rPr>
                <w:rFonts w:asciiTheme="minorEastAsia" w:eastAsiaTheme="minorEastAsia" w:hAnsiTheme="minorEastAsia" w:hint="eastAsia"/>
                <w:lang w:eastAsia="ja-JP"/>
              </w:rPr>
              <w:t>)</w:t>
            </w:r>
            <w:r w:rsidR="00A276B7" w:rsidRPr="00A276B7">
              <w:rPr>
                <w:rFonts w:asciiTheme="minorEastAsia" w:eastAsiaTheme="minorEastAsia" w:hAnsiTheme="minorEastAsia" w:hint="eastAsia"/>
                <w:lang w:eastAsia="ja-JP"/>
              </w:rPr>
              <w:t>を実施している</w:t>
            </w:r>
          </w:p>
        </w:tc>
        <w:tc>
          <w:tcPr>
            <w:tcW w:w="4163" w:type="dxa"/>
          </w:tcPr>
          <w:p w14:paraId="057C7BBF" w14:textId="77777777" w:rsidR="003B1A15" w:rsidRPr="007411B7" w:rsidRDefault="003B1A15" w:rsidP="008F6171">
            <w:pPr>
              <w:rPr>
                <w:rFonts w:asciiTheme="minorEastAsia" w:eastAsiaTheme="minorEastAsia" w:hAnsiTheme="minorEastAsia"/>
                <w:lang w:eastAsia="ja-JP"/>
              </w:rPr>
            </w:pPr>
          </w:p>
        </w:tc>
        <w:tc>
          <w:tcPr>
            <w:tcW w:w="2662" w:type="dxa"/>
          </w:tcPr>
          <w:p w14:paraId="13A3F6C7" w14:textId="77777777" w:rsidR="003B1A15" w:rsidRDefault="003B1A15" w:rsidP="008F6171">
            <w:pPr>
              <w:rPr>
                <w:rFonts w:asciiTheme="minorEastAsia" w:eastAsiaTheme="minorEastAsia" w:hAnsiTheme="minorEastAsia"/>
                <w:lang w:eastAsia="ja-JP"/>
              </w:rPr>
            </w:pPr>
          </w:p>
        </w:tc>
      </w:tr>
      <w:tr w:rsidR="003B1A15" w14:paraId="442CAFF8" w14:textId="77777777" w:rsidTr="0079630A">
        <w:trPr>
          <w:cantSplit/>
          <w:trHeight w:val="1134"/>
        </w:trPr>
        <w:tc>
          <w:tcPr>
            <w:tcW w:w="704" w:type="dxa"/>
            <w:shd w:val="clear" w:color="auto" w:fill="D9D9D9" w:themeFill="background1" w:themeFillShade="D9"/>
            <w:textDirection w:val="tbRlV"/>
            <w:vAlign w:val="center"/>
          </w:tcPr>
          <w:p w14:paraId="4B27F493" w14:textId="57858C15" w:rsidR="003B1A15" w:rsidRDefault="00A761CA" w:rsidP="00990DA8">
            <w:pPr>
              <w:ind w:left="113" w:right="113"/>
              <w:jc w:val="center"/>
              <w:rPr>
                <w:rFonts w:asciiTheme="minorEastAsia" w:eastAsiaTheme="minorEastAsia" w:hAnsiTheme="minorEastAsia"/>
                <w:lang w:eastAsia="ja-JP"/>
              </w:rPr>
            </w:pPr>
            <w:r w:rsidRPr="00A761CA">
              <w:rPr>
                <w:rFonts w:asciiTheme="minorEastAsia" w:eastAsiaTheme="minorEastAsia" w:hAnsiTheme="minorEastAsia"/>
                <w:lang w:eastAsia="ja-JP"/>
              </w:rPr>
              <w:t>多様な人材</w:t>
            </w:r>
            <w:r w:rsidR="00977D6F">
              <w:rPr>
                <w:rFonts w:asciiTheme="minorEastAsia" w:eastAsiaTheme="minorEastAsia" w:hAnsiTheme="minorEastAsia" w:hint="eastAsia"/>
                <w:lang w:eastAsia="ja-JP"/>
              </w:rPr>
              <w:t>の活躍</w:t>
            </w:r>
          </w:p>
        </w:tc>
        <w:tc>
          <w:tcPr>
            <w:tcW w:w="3119" w:type="dxa"/>
          </w:tcPr>
          <w:p w14:paraId="330EBEC1" w14:textId="62CCE377" w:rsidR="00A761CA" w:rsidRDefault="00A761CA" w:rsidP="00AE7E0C">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Pr="00A761CA">
              <w:rPr>
                <w:rFonts w:asciiTheme="minorEastAsia" w:eastAsiaTheme="minorEastAsia" w:hAnsiTheme="minorEastAsia"/>
                <w:lang w:eastAsia="ja-JP"/>
              </w:rPr>
              <w:t xml:space="preserve"> </w:t>
            </w:r>
            <w:r w:rsidR="007A37EF">
              <w:rPr>
                <w:rFonts w:asciiTheme="minorEastAsia" w:eastAsiaTheme="minorEastAsia" w:hAnsiTheme="minorEastAsia" w:hint="eastAsia"/>
                <w:lang w:eastAsia="ja-JP"/>
              </w:rPr>
              <w:t>多様な人材（女性・外国人・障害者等）の採用実績がある</w:t>
            </w:r>
          </w:p>
          <w:p w14:paraId="5DD20CE6" w14:textId="0D64557D" w:rsidR="007A37EF" w:rsidRPr="00A761CA" w:rsidRDefault="007A37EF" w:rsidP="00AE7E0C">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Pr="007A37EF">
              <w:rPr>
                <w:rFonts w:asciiTheme="minorEastAsia" w:eastAsiaTheme="minorEastAsia" w:hAnsiTheme="minorEastAsia" w:hint="eastAsia"/>
                <w:lang w:eastAsia="ja-JP"/>
              </w:rPr>
              <w:t>管理職における多様性が確保されている</w:t>
            </w:r>
          </w:p>
          <w:p w14:paraId="1F33AD05" w14:textId="77777777" w:rsidR="007A37EF" w:rsidRDefault="00A761CA" w:rsidP="007A37EF">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Pr="00A761CA">
              <w:rPr>
                <w:rFonts w:asciiTheme="minorEastAsia" w:eastAsiaTheme="minorEastAsia" w:hAnsiTheme="minorEastAsia"/>
                <w:lang w:eastAsia="ja-JP"/>
              </w:rPr>
              <w:t xml:space="preserve"> </w:t>
            </w:r>
            <w:r w:rsidRPr="00A761CA">
              <w:rPr>
                <w:rFonts w:asciiTheme="minorEastAsia" w:eastAsiaTheme="minorEastAsia" w:hAnsiTheme="minorEastAsia" w:hint="eastAsia"/>
                <w:lang w:eastAsia="ja-JP"/>
              </w:rPr>
              <w:t>公正な評価・登用制度が整備されている</w:t>
            </w:r>
          </w:p>
          <w:p w14:paraId="7FBA58C4"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多様な採用手法（中途・再雇用等）を導入している</w:t>
            </w:r>
          </w:p>
          <w:p w14:paraId="56DE8EE8" w14:textId="556460A7" w:rsidR="003B1A15"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キャリア形成支援（研修・面談等）を実施している</w:t>
            </w:r>
          </w:p>
        </w:tc>
        <w:tc>
          <w:tcPr>
            <w:tcW w:w="4163" w:type="dxa"/>
          </w:tcPr>
          <w:p w14:paraId="331D3C83" w14:textId="77777777" w:rsidR="003B1A15" w:rsidRDefault="003B1A15" w:rsidP="008F6171">
            <w:pPr>
              <w:rPr>
                <w:rFonts w:asciiTheme="minorEastAsia" w:eastAsiaTheme="minorEastAsia" w:hAnsiTheme="minorEastAsia"/>
                <w:lang w:eastAsia="ja-JP"/>
              </w:rPr>
            </w:pPr>
          </w:p>
        </w:tc>
        <w:tc>
          <w:tcPr>
            <w:tcW w:w="2662" w:type="dxa"/>
          </w:tcPr>
          <w:p w14:paraId="03A74C74" w14:textId="77777777" w:rsidR="003B1A15" w:rsidRDefault="003B1A15" w:rsidP="008F6171">
            <w:pPr>
              <w:rPr>
                <w:rFonts w:asciiTheme="minorEastAsia" w:eastAsiaTheme="minorEastAsia" w:hAnsiTheme="minorEastAsia"/>
                <w:lang w:eastAsia="ja-JP"/>
              </w:rPr>
            </w:pPr>
          </w:p>
        </w:tc>
      </w:tr>
      <w:tr w:rsidR="003B1A15" w14:paraId="6D81586B" w14:textId="77777777" w:rsidTr="0079630A">
        <w:trPr>
          <w:cantSplit/>
          <w:trHeight w:val="1134"/>
        </w:trPr>
        <w:tc>
          <w:tcPr>
            <w:tcW w:w="704" w:type="dxa"/>
            <w:shd w:val="clear" w:color="auto" w:fill="D9D9D9" w:themeFill="background1" w:themeFillShade="D9"/>
            <w:textDirection w:val="tbRlV"/>
            <w:vAlign w:val="center"/>
          </w:tcPr>
          <w:p w14:paraId="01678EEB" w14:textId="0C6A2EE8" w:rsidR="003B1A15" w:rsidRDefault="00A761CA" w:rsidP="00990DA8">
            <w:pPr>
              <w:ind w:left="113" w:right="113"/>
              <w:jc w:val="center"/>
              <w:rPr>
                <w:rFonts w:asciiTheme="minorEastAsia" w:eastAsiaTheme="minorEastAsia" w:hAnsiTheme="minorEastAsia"/>
                <w:lang w:eastAsia="ja-JP"/>
              </w:rPr>
            </w:pPr>
            <w:r w:rsidRPr="00A761CA">
              <w:rPr>
                <w:rFonts w:asciiTheme="minorEastAsia" w:eastAsiaTheme="minorEastAsia" w:hAnsiTheme="minorEastAsia"/>
                <w:lang w:eastAsia="ja-JP"/>
              </w:rPr>
              <w:t>働き方・職場環境</w:t>
            </w:r>
          </w:p>
        </w:tc>
        <w:tc>
          <w:tcPr>
            <w:tcW w:w="3119" w:type="dxa"/>
          </w:tcPr>
          <w:p w14:paraId="1357D502" w14:textId="659BB5E2" w:rsidR="007A37EF" w:rsidRDefault="00A761CA" w:rsidP="00AE7E0C">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007A37EF">
              <w:rPr>
                <w:rFonts w:asciiTheme="minorEastAsia" w:eastAsiaTheme="minorEastAsia" w:hAnsiTheme="minorEastAsia" w:hint="eastAsia"/>
                <w:lang w:eastAsia="ja-JP"/>
              </w:rPr>
              <w:t xml:space="preserve"> </w:t>
            </w:r>
            <w:r w:rsidR="007A37EF" w:rsidRPr="007A37EF">
              <w:rPr>
                <w:rFonts w:asciiTheme="minorEastAsia" w:eastAsiaTheme="minorEastAsia" w:hAnsiTheme="minorEastAsia" w:hint="eastAsia"/>
                <w:lang w:eastAsia="ja-JP"/>
              </w:rPr>
              <w:t>多様な背景・事情に応じて働き方を選択できる制度があり、柔軟に運用・活用されている</w:t>
            </w:r>
          </w:p>
          <w:p w14:paraId="61A50605"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テレワークやフレックスなどの制度があり、柔軟な働き方が選択できる</w:t>
            </w:r>
          </w:p>
          <w:p w14:paraId="60B5562B"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長時間労働の削減に取り組んでいる</w:t>
            </w:r>
          </w:p>
          <w:p w14:paraId="63C65F90" w14:textId="1BC3E015" w:rsidR="00A761CA" w:rsidRPr="00A761CA"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有給休暇取得が促進されている</w:t>
            </w:r>
          </w:p>
          <w:p w14:paraId="038496E3" w14:textId="77777777" w:rsidR="007A37EF" w:rsidRDefault="00A761CA" w:rsidP="007A37EF">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Pr="00A761CA">
              <w:rPr>
                <w:rFonts w:asciiTheme="minorEastAsia" w:eastAsiaTheme="minorEastAsia" w:hAnsiTheme="minorEastAsia"/>
                <w:lang w:eastAsia="ja-JP"/>
              </w:rPr>
              <w:t xml:space="preserve"> </w:t>
            </w:r>
            <w:r w:rsidRPr="00A761CA">
              <w:rPr>
                <w:rFonts w:asciiTheme="minorEastAsia" w:eastAsiaTheme="minorEastAsia" w:hAnsiTheme="minorEastAsia" w:hint="eastAsia"/>
                <w:lang w:eastAsia="ja-JP"/>
              </w:rPr>
              <w:t>育児・介護との両立支援制度が整備されている</w:t>
            </w:r>
          </w:p>
          <w:p w14:paraId="41F3F280" w14:textId="77361EE9" w:rsidR="00A761CA" w:rsidRPr="00A761CA"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男性の育児休業取得実績がある</w:t>
            </w:r>
          </w:p>
          <w:p w14:paraId="7CE28E55" w14:textId="46AAEAC5" w:rsidR="003B1A15" w:rsidRDefault="00A761CA" w:rsidP="00AE7E0C">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Pr="00A761CA">
              <w:rPr>
                <w:rFonts w:asciiTheme="minorEastAsia" w:eastAsiaTheme="minorEastAsia" w:hAnsiTheme="minorEastAsia"/>
                <w:lang w:eastAsia="ja-JP"/>
              </w:rPr>
              <w:t xml:space="preserve"> </w:t>
            </w:r>
            <w:r w:rsidRPr="00A761CA">
              <w:rPr>
                <w:rFonts w:asciiTheme="minorEastAsia" w:eastAsiaTheme="minorEastAsia" w:hAnsiTheme="minorEastAsia" w:hint="eastAsia"/>
                <w:lang w:eastAsia="ja-JP"/>
              </w:rPr>
              <w:t>ハラスメント防止体制が整備されている</w:t>
            </w:r>
          </w:p>
        </w:tc>
        <w:tc>
          <w:tcPr>
            <w:tcW w:w="4163" w:type="dxa"/>
          </w:tcPr>
          <w:p w14:paraId="1A7B3F3B" w14:textId="77777777" w:rsidR="003B1A15" w:rsidRDefault="003B1A15" w:rsidP="008F6171">
            <w:pPr>
              <w:rPr>
                <w:rFonts w:asciiTheme="minorEastAsia" w:eastAsiaTheme="minorEastAsia" w:hAnsiTheme="minorEastAsia"/>
                <w:lang w:eastAsia="ja-JP"/>
              </w:rPr>
            </w:pPr>
          </w:p>
        </w:tc>
        <w:tc>
          <w:tcPr>
            <w:tcW w:w="2662" w:type="dxa"/>
          </w:tcPr>
          <w:p w14:paraId="05356C1D" w14:textId="77777777" w:rsidR="003B1A15" w:rsidRDefault="003B1A15" w:rsidP="008F6171">
            <w:pPr>
              <w:rPr>
                <w:rFonts w:asciiTheme="minorEastAsia" w:eastAsiaTheme="minorEastAsia" w:hAnsiTheme="minorEastAsia"/>
                <w:lang w:eastAsia="ja-JP"/>
              </w:rPr>
            </w:pPr>
          </w:p>
        </w:tc>
      </w:tr>
      <w:tr w:rsidR="00A761CA" w14:paraId="1C2E67B3" w14:textId="77777777" w:rsidTr="0079630A">
        <w:trPr>
          <w:cantSplit/>
          <w:trHeight w:val="1134"/>
        </w:trPr>
        <w:tc>
          <w:tcPr>
            <w:tcW w:w="704" w:type="dxa"/>
            <w:shd w:val="clear" w:color="auto" w:fill="D9D9D9" w:themeFill="background1" w:themeFillShade="D9"/>
            <w:textDirection w:val="tbRlV"/>
            <w:vAlign w:val="center"/>
          </w:tcPr>
          <w:p w14:paraId="24B5D3D2" w14:textId="7116CB8D" w:rsidR="00A761CA" w:rsidRDefault="00A761CA" w:rsidP="00990DA8">
            <w:pPr>
              <w:ind w:left="113" w:right="113"/>
              <w:jc w:val="center"/>
              <w:rPr>
                <w:rFonts w:asciiTheme="minorEastAsia" w:eastAsiaTheme="minorEastAsia" w:hAnsiTheme="minorEastAsia"/>
                <w:lang w:eastAsia="ja-JP"/>
              </w:rPr>
            </w:pPr>
            <w:r w:rsidRPr="00A761CA">
              <w:rPr>
                <w:rFonts w:asciiTheme="minorEastAsia" w:eastAsiaTheme="minorEastAsia" w:hAnsiTheme="minorEastAsia"/>
                <w:lang w:eastAsia="ja-JP"/>
              </w:rPr>
              <w:t>組織風土・意識改革</w:t>
            </w:r>
          </w:p>
        </w:tc>
        <w:tc>
          <w:tcPr>
            <w:tcW w:w="3119" w:type="dxa"/>
          </w:tcPr>
          <w:p w14:paraId="29088CBD" w14:textId="0DC9E07F" w:rsidR="007A37EF" w:rsidRDefault="00A761CA" w:rsidP="007A37EF">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Pr="00A761CA">
              <w:rPr>
                <w:rFonts w:asciiTheme="minorEastAsia" w:eastAsiaTheme="minorEastAsia" w:hAnsiTheme="minorEastAsia"/>
                <w:lang w:eastAsia="ja-JP"/>
              </w:rPr>
              <w:t xml:space="preserve"> </w:t>
            </w:r>
            <w:r w:rsidR="00C856E9">
              <w:rPr>
                <w:rFonts w:asciiTheme="minorEastAsia" w:eastAsiaTheme="minorEastAsia" w:hAnsiTheme="minorEastAsia" w:hint="eastAsia"/>
                <w:lang w:eastAsia="ja-JP"/>
              </w:rPr>
              <w:t>D&amp;I</w:t>
            </w:r>
            <w:r w:rsidR="00955FB8">
              <w:rPr>
                <w:rFonts w:asciiTheme="minorEastAsia" w:eastAsiaTheme="minorEastAsia" w:hAnsiTheme="minorEastAsia" w:hint="eastAsia"/>
                <w:lang w:eastAsia="ja-JP"/>
              </w:rPr>
              <w:t>に</w:t>
            </w:r>
            <w:r w:rsidRPr="00A761CA">
              <w:rPr>
                <w:rFonts w:asciiTheme="minorEastAsia" w:eastAsiaTheme="minorEastAsia" w:hAnsiTheme="minorEastAsia" w:hint="eastAsia"/>
                <w:lang w:eastAsia="ja-JP"/>
              </w:rPr>
              <w:t>関する研修を実施している</w:t>
            </w:r>
          </w:p>
          <w:p w14:paraId="42309911"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管理職向けの意識改革施策がある</w:t>
            </w:r>
          </w:p>
          <w:p w14:paraId="0444BEAD" w14:textId="77777777" w:rsidR="007A37EF"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従業員意識調査を実施している</w:t>
            </w:r>
          </w:p>
          <w:p w14:paraId="65B6EB7D" w14:textId="4BE3C1D8" w:rsidR="00A761CA" w:rsidRPr="00A761CA" w:rsidRDefault="007A37EF" w:rsidP="007A37EF">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意見を言いやすい職場風土づくりに取り組んでいる</w:t>
            </w:r>
          </w:p>
          <w:p w14:paraId="6E8BEFAF" w14:textId="7B61508C" w:rsidR="00A761CA" w:rsidRPr="00A761CA" w:rsidRDefault="00A761CA" w:rsidP="00C856E9">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Pr="00A761CA">
              <w:rPr>
                <w:rFonts w:asciiTheme="minorEastAsia" w:eastAsiaTheme="minorEastAsia" w:hAnsiTheme="minorEastAsia"/>
                <w:lang w:eastAsia="ja-JP"/>
              </w:rPr>
              <w:t xml:space="preserve"> </w:t>
            </w:r>
            <w:r w:rsidR="00C856E9">
              <w:rPr>
                <w:rFonts w:asciiTheme="minorEastAsia" w:eastAsiaTheme="minorEastAsia" w:hAnsiTheme="minorEastAsia" w:hint="eastAsia"/>
                <w:lang w:eastAsia="ja-JP"/>
              </w:rPr>
              <w:t>アンコンシャス</w:t>
            </w:r>
            <w:r w:rsidR="007A37EF">
              <w:rPr>
                <w:rFonts w:asciiTheme="minorEastAsia" w:eastAsiaTheme="minorEastAsia" w:hAnsiTheme="minorEastAsia" w:hint="eastAsia"/>
                <w:lang w:eastAsia="ja-JP"/>
              </w:rPr>
              <w:t>・</w:t>
            </w:r>
            <w:r w:rsidRPr="00A761CA">
              <w:rPr>
                <w:rFonts w:asciiTheme="minorEastAsia" w:eastAsiaTheme="minorEastAsia" w:hAnsiTheme="minorEastAsia" w:hint="eastAsia"/>
                <w:lang w:eastAsia="ja-JP"/>
              </w:rPr>
              <w:t>バイアスへの対策を行っている</w:t>
            </w:r>
          </w:p>
        </w:tc>
        <w:tc>
          <w:tcPr>
            <w:tcW w:w="4163" w:type="dxa"/>
          </w:tcPr>
          <w:p w14:paraId="097708F5" w14:textId="77777777" w:rsidR="00A761CA" w:rsidRPr="00C856E9" w:rsidRDefault="00A761CA" w:rsidP="008F6171">
            <w:pPr>
              <w:rPr>
                <w:rFonts w:asciiTheme="minorEastAsia" w:eastAsiaTheme="minorEastAsia" w:hAnsiTheme="minorEastAsia"/>
                <w:lang w:eastAsia="ja-JP"/>
              </w:rPr>
            </w:pPr>
          </w:p>
        </w:tc>
        <w:tc>
          <w:tcPr>
            <w:tcW w:w="2662" w:type="dxa"/>
          </w:tcPr>
          <w:p w14:paraId="369F6690" w14:textId="77777777" w:rsidR="00A761CA" w:rsidRDefault="00A761CA" w:rsidP="008F6171">
            <w:pPr>
              <w:rPr>
                <w:rFonts w:asciiTheme="minorEastAsia" w:eastAsiaTheme="minorEastAsia" w:hAnsiTheme="minorEastAsia"/>
                <w:lang w:eastAsia="ja-JP"/>
              </w:rPr>
            </w:pPr>
          </w:p>
        </w:tc>
      </w:tr>
      <w:tr w:rsidR="00A761CA" w14:paraId="6F100DEE" w14:textId="77777777" w:rsidTr="0079630A">
        <w:trPr>
          <w:cantSplit/>
          <w:trHeight w:val="1134"/>
        </w:trPr>
        <w:tc>
          <w:tcPr>
            <w:tcW w:w="704" w:type="dxa"/>
            <w:shd w:val="clear" w:color="auto" w:fill="D9D9D9" w:themeFill="background1" w:themeFillShade="D9"/>
            <w:textDirection w:val="tbRlV"/>
            <w:vAlign w:val="center"/>
          </w:tcPr>
          <w:p w14:paraId="2C062FA7" w14:textId="517064C3" w:rsidR="00A761CA" w:rsidRDefault="00A761CA" w:rsidP="00990DA8">
            <w:pPr>
              <w:ind w:left="113" w:right="113"/>
              <w:jc w:val="center"/>
              <w:rPr>
                <w:rFonts w:asciiTheme="minorEastAsia" w:eastAsiaTheme="minorEastAsia" w:hAnsiTheme="minorEastAsia"/>
                <w:lang w:eastAsia="ja-JP"/>
              </w:rPr>
            </w:pPr>
            <w:r w:rsidRPr="00A761CA">
              <w:rPr>
                <w:rFonts w:asciiTheme="minorEastAsia" w:eastAsiaTheme="minorEastAsia" w:hAnsiTheme="minorEastAsia"/>
                <w:lang w:eastAsia="ja-JP"/>
              </w:rPr>
              <w:t>成果・効果</w:t>
            </w:r>
          </w:p>
        </w:tc>
        <w:tc>
          <w:tcPr>
            <w:tcW w:w="3119" w:type="dxa"/>
          </w:tcPr>
          <w:p w14:paraId="7DCD1911" w14:textId="77777777" w:rsidR="00DC509E" w:rsidRDefault="00DC509E" w:rsidP="00DC509E">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Pr>
                <w:rFonts w:asciiTheme="minorEastAsia" w:eastAsiaTheme="minorEastAsia" w:hAnsiTheme="minorEastAsia" w:hint="eastAsia"/>
                <w:lang w:eastAsia="ja-JP"/>
              </w:rPr>
              <w:t xml:space="preserve"> </w:t>
            </w:r>
            <w:r w:rsidRPr="00A761CA">
              <w:rPr>
                <w:rFonts w:asciiTheme="minorEastAsia" w:eastAsiaTheme="minorEastAsia" w:hAnsiTheme="minorEastAsia" w:hint="eastAsia"/>
                <w:lang w:eastAsia="ja-JP"/>
              </w:rPr>
              <w:t>離職率の低下など定量</w:t>
            </w:r>
            <w:r>
              <w:rPr>
                <w:rFonts w:asciiTheme="minorEastAsia" w:eastAsiaTheme="minorEastAsia" w:hAnsiTheme="minorEastAsia" w:hint="eastAsia"/>
                <w:lang w:eastAsia="ja-JP"/>
              </w:rPr>
              <w:t>的</w:t>
            </w:r>
            <w:r w:rsidRPr="00A761CA">
              <w:rPr>
                <w:rFonts w:asciiTheme="minorEastAsia" w:eastAsiaTheme="minorEastAsia" w:hAnsiTheme="minorEastAsia" w:hint="eastAsia"/>
                <w:lang w:eastAsia="ja-JP"/>
              </w:rPr>
              <w:t>な成果が出ている</w:t>
            </w:r>
          </w:p>
          <w:p w14:paraId="495A1FDA" w14:textId="77777777" w:rsidR="00DC509E" w:rsidRDefault="00DC509E" w:rsidP="00DC509E">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採用力の向上（応募増等）が見られる</w:t>
            </w:r>
          </w:p>
          <w:p w14:paraId="0FDF6227" w14:textId="77777777" w:rsidR="00DC509E" w:rsidRDefault="00DC509E" w:rsidP="00DC509E">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従業員満足度の向上が確認できる</w:t>
            </w:r>
          </w:p>
          <w:p w14:paraId="6A2FED46" w14:textId="77777777" w:rsidR="00DC509E" w:rsidRDefault="00DC509E" w:rsidP="00DC509E">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生産性向上・業績への好影響がある</w:t>
            </w:r>
          </w:p>
          <w:p w14:paraId="045EEDE4" w14:textId="289502C5" w:rsidR="00A761CA" w:rsidRDefault="00DC509E" w:rsidP="00DC509E">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具体的な成功事例がある</w:t>
            </w:r>
          </w:p>
        </w:tc>
        <w:tc>
          <w:tcPr>
            <w:tcW w:w="4163" w:type="dxa"/>
          </w:tcPr>
          <w:p w14:paraId="48D8FD99" w14:textId="77777777" w:rsidR="00A761CA" w:rsidRPr="00DC509E" w:rsidRDefault="00A761CA" w:rsidP="008F6171">
            <w:pPr>
              <w:rPr>
                <w:rFonts w:asciiTheme="minorEastAsia" w:eastAsiaTheme="minorEastAsia" w:hAnsiTheme="minorEastAsia"/>
                <w:lang w:eastAsia="ja-JP"/>
              </w:rPr>
            </w:pPr>
          </w:p>
        </w:tc>
        <w:tc>
          <w:tcPr>
            <w:tcW w:w="2662" w:type="dxa"/>
          </w:tcPr>
          <w:p w14:paraId="4785B225" w14:textId="77777777" w:rsidR="00A761CA" w:rsidRDefault="00A761CA" w:rsidP="008F6171">
            <w:pPr>
              <w:rPr>
                <w:rFonts w:asciiTheme="minorEastAsia" w:eastAsiaTheme="minorEastAsia" w:hAnsiTheme="minorEastAsia"/>
                <w:lang w:eastAsia="ja-JP"/>
              </w:rPr>
            </w:pPr>
          </w:p>
        </w:tc>
      </w:tr>
      <w:tr w:rsidR="00A761CA" w14:paraId="0C0CCA93" w14:textId="77777777" w:rsidTr="0079630A">
        <w:trPr>
          <w:cantSplit/>
          <w:trHeight w:val="1134"/>
        </w:trPr>
        <w:tc>
          <w:tcPr>
            <w:tcW w:w="704" w:type="dxa"/>
            <w:shd w:val="clear" w:color="auto" w:fill="D9D9D9" w:themeFill="background1" w:themeFillShade="D9"/>
            <w:textDirection w:val="tbRlV"/>
            <w:vAlign w:val="center"/>
          </w:tcPr>
          <w:p w14:paraId="10E0C194" w14:textId="67872AE3" w:rsidR="00A761CA" w:rsidRDefault="00A761CA" w:rsidP="00990DA8">
            <w:pPr>
              <w:ind w:left="113" w:right="113"/>
              <w:jc w:val="center"/>
              <w:rPr>
                <w:rFonts w:asciiTheme="minorEastAsia" w:eastAsiaTheme="minorEastAsia" w:hAnsiTheme="minorEastAsia"/>
                <w:lang w:eastAsia="ja-JP"/>
              </w:rPr>
            </w:pPr>
            <w:r w:rsidRPr="00A761CA">
              <w:rPr>
                <w:rFonts w:asciiTheme="minorEastAsia" w:eastAsiaTheme="minorEastAsia" w:hAnsiTheme="minorEastAsia"/>
                <w:lang w:eastAsia="ja-JP"/>
              </w:rPr>
              <w:t>先進性・独自性</w:t>
            </w:r>
          </w:p>
        </w:tc>
        <w:tc>
          <w:tcPr>
            <w:tcW w:w="3119" w:type="dxa"/>
          </w:tcPr>
          <w:p w14:paraId="561E967F" w14:textId="012EB602" w:rsidR="00DC509E" w:rsidRDefault="00A761CA" w:rsidP="00DC509E">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Pr="00A761CA">
              <w:rPr>
                <w:rFonts w:asciiTheme="minorEastAsia" w:eastAsiaTheme="minorEastAsia" w:hAnsiTheme="minorEastAsia"/>
                <w:lang w:eastAsia="ja-JP"/>
              </w:rPr>
              <w:t xml:space="preserve"> </w:t>
            </w:r>
            <w:r w:rsidRPr="00A761CA">
              <w:rPr>
                <w:rFonts w:asciiTheme="minorEastAsia" w:eastAsiaTheme="minorEastAsia" w:hAnsiTheme="minorEastAsia" w:hint="eastAsia"/>
                <w:lang w:eastAsia="ja-JP"/>
              </w:rPr>
              <w:t>独自性の高い取組を行っている</w:t>
            </w:r>
          </w:p>
          <w:p w14:paraId="60EE8F69" w14:textId="77777777" w:rsidR="00DC509E" w:rsidRDefault="00DC509E" w:rsidP="00DC509E">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他社のモデルとなる先進性がある</w:t>
            </w:r>
          </w:p>
          <w:p w14:paraId="00D1AF90" w14:textId="4D80DEB6" w:rsidR="00A761CA" w:rsidRPr="00A761CA" w:rsidRDefault="00DC509E" w:rsidP="00DC509E">
            <w:pPr>
              <w:ind w:left="330" w:hangingChars="150" w:hanging="33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00A761CA" w:rsidRPr="00A761CA">
              <w:rPr>
                <w:rFonts w:asciiTheme="minorEastAsia" w:eastAsiaTheme="minorEastAsia" w:hAnsiTheme="minorEastAsia" w:hint="eastAsia"/>
                <w:lang w:eastAsia="ja-JP"/>
              </w:rPr>
              <w:t>地域課題を踏まえた工夫がある</w:t>
            </w:r>
          </w:p>
          <w:p w14:paraId="196F12D9" w14:textId="0748CF7A" w:rsidR="00A761CA" w:rsidRPr="00A761CA" w:rsidRDefault="00A761CA" w:rsidP="00AE7E0C">
            <w:pPr>
              <w:ind w:left="330" w:hangingChars="150" w:hanging="330"/>
              <w:rPr>
                <w:rFonts w:asciiTheme="minorEastAsia" w:eastAsiaTheme="minorEastAsia" w:hAnsiTheme="minorEastAsia"/>
                <w:lang w:eastAsia="ja-JP"/>
              </w:rPr>
            </w:pPr>
            <w:r w:rsidRPr="00A761CA">
              <w:rPr>
                <w:rFonts w:asciiTheme="minorEastAsia" w:eastAsiaTheme="minorEastAsia" w:hAnsiTheme="minorEastAsia" w:hint="eastAsia"/>
                <w:lang w:eastAsia="ja-JP"/>
              </w:rPr>
              <w:t>□</w:t>
            </w:r>
            <w:r w:rsidRPr="00A761CA">
              <w:rPr>
                <w:rFonts w:asciiTheme="minorEastAsia" w:eastAsiaTheme="minorEastAsia" w:hAnsiTheme="minorEastAsia"/>
                <w:lang w:eastAsia="ja-JP"/>
              </w:rPr>
              <w:t xml:space="preserve"> </w:t>
            </w:r>
            <w:r w:rsidRPr="00A761CA">
              <w:rPr>
                <w:rFonts w:asciiTheme="minorEastAsia" w:eastAsiaTheme="minorEastAsia" w:hAnsiTheme="minorEastAsia" w:hint="eastAsia"/>
                <w:lang w:eastAsia="ja-JP"/>
              </w:rPr>
              <w:t>社外への発信・波及効果がある</w:t>
            </w:r>
          </w:p>
        </w:tc>
        <w:tc>
          <w:tcPr>
            <w:tcW w:w="4163" w:type="dxa"/>
          </w:tcPr>
          <w:p w14:paraId="5532DEA1" w14:textId="77777777" w:rsidR="00A761CA" w:rsidRDefault="00A761CA" w:rsidP="008F6171">
            <w:pPr>
              <w:rPr>
                <w:rFonts w:asciiTheme="minorEastAsia" w:eastAsiaTheme="minorEastAsia" w:hAnsiTheme="minorEastAsia"/>
                <w:lang w:eastAsia="ja-JP"/>
              </w:rPr>
            </w:pPr>
          </w:p>
        </w:tc>
        <w:tc>
          <w:tcPr>
            <w:tcW w:w="2662" w:type="dxa"/>
          </w:tcPr>
          <w:p w14:paraId="1B93B17D" w14:textId="77777777" w:rsidR="00A761CA" w:rsidRDefault="00A761CA" w:rsidP="008F6171">
            <w:pPr>
              <w:rPr>
                <w:rFonts w:asciiTheme="minorEastAsia" w:eastAsiaTheme="minorEastAsia" w:hAnsiTheme="minorEastAsia"/>
                <w:lang w:eastAsia="ja-JP"/>
              </w:rPr>
            </w:pPr>
          </w:p>
        </w:tc>
      </w:tr>
    </w:tbl>
    <w:p w14:paraId="7501D882" w14:textId="769FDF05" w:rsidR="000F3D6F" w:rsidRPr="008F6171" w:rsidRDefault="00325E5C">
      <w:pPr>
        <w:rPr>
          <w:rFonts w:asciiTheme="minorEastAsia" w:eastAsiaTheme="minorEastAsia" w:hAnsiTheme="minorEastAsia"/>
          <w:b/>
          <w:lang w:eastAsia="ja-JP"/>
        </w:rPr>
      </w:pPr>
      <w:r w:rsidRPr="008F6171">
        <w:rPr>
          <w:rFonts w:asciiTheme="minorEastAsia" w:eastAsiaTheme="minorEastAsia" w:hAnsiTheme="minorEastAsia"/>
          <w:lang w:eastAsia="ja-JP"/>
        </w:rPr>
        <w:br/>
      </w:r>
      <w:r w:rsidR="000F3D6F" w:rsidRPr="008F6171">
        <w:rPr>
          <w:rFonts w:asciiTheme="minorEastAsia" w:eastAsiaTheme="minorEastAsia" w:hAnsiTheme="minorEastAsia" w:hint="eastAsia"/>
          <w:b/>
          <w:lang w:eastAsia="ja-JP"/>
        </w:rPr>
        <w:t>付記</w:t>
      </w:r>
    </w:p>
    <w:p w14:paraId="23E3AC56" w14:textId="77777777" w:rsidR="00590637" w:rsidRDefault="000F3D6F" w:rsidP="00590637">
      <w:pPr>
        <w:rPr>
          <w:rFonts w:asciiTheme="minorEastAsia" w:eastAsiaTheme="minorEastAsia" w:hAnsiTheme="minorEastAsia"/>
          <w:lang w:eastAsia="ja-JP"/>
        </w:rPr>
      </w:pPr>
      <w:r w:rsidRPr="008F6171">
        <w:rPr>
          <w:rFonts w:asciiTheme="minorEastAsia" w:eastAsiaTheme="minorEastAsia" w:hAnsiTheme="minorEastAsia" w:hint="eastAsia"/>
          <w:lang w:eastAsia="ja-JP"/>
        </w:rPr>
        <w:t>上記各項目は</w:t>
      </w:r>
      <w:r w:rsidRPr="008F6171">
        <w:rPr>
          <w:rFonts w:asciiTheme="minorEastAsia" w:eastAsiaTheme="minorEastAsia" w:hAnsiTheme="minorEastAsia"/>
          <w:lang w:eastAsia="ja-JP"/>
        </w:rPr>
        <w:t>箇条書きでの記載も可能です。成果は数値・事例・社員の声など、分かる範囲でご記入ください。</w:t>
      </w:r>
    </w:p>
    <w:p w14:paraId="02BE03BA" w14:textId="4A6A0EC7" w:rsidR="00590637" w:rsidRDefault="00590637" w:rsidP="00590637">
      <w:pPr>
        <w:jc w:val="right"/>
        <w:rPr>
          <w:rFonts w:asciiTheme="minorEastAsia" w:eastAsiaTheme="minorEastAsia" w:hAnsiTheme="minorEastAsia"/>
          <w:lang w:eastAsia="ja-JP"/>
        </w:rPr>
      </w:pPr>
      <w:r>
        <w:rPr>
          <w:rFonts w:asciiTheme="minorEastAsia" w:eastAsiaTheme="minorEastAsia" w:hAnsiTheme="minorEastAsia"/>
          <w:lang w:eastAsia="ja-JP"/>
        </w:rPr>
        <w:br w:type="page"/>
      </w:r>
    </w:p>
    <w:p w14:paraId="0456B858" w14:textId="77777777" w:rsidR="000F3D6F" w:rsidRPr="008F6171" w:rsidRDefault="000F3D6F" w:rsidP="000F3D6F">
      <w:pPr>
        <w:jc w:val="right"/>
        <w:rPr>
          <w:rFonts w:asciiTheme="minorEastAsia" w:eastAsiaTheme="minorEastAsia" w:hAnsiTheme="minorEastAsia"/>
          <w:b/>
          <w:lang w:eastAsia="ja-JP"/>
        </w:rPr>
      </w:pPr>
    </w:p>
    <w:p w14:paraId="2AAF2EBC" w14:textId="2CF9F9E6" w:rsidR="000F3D6F" w:rsidRPr="008F6171" w:rsidRDefault="000F3D6F" w:rsidP="000F3D6F">
      <w:pPr>
        <w:rPr>
          <w:rFonts w:asciiTheme="minorEastAsia" w:eastAsiaTheme="minorEastAsia" w:hAnsiTheme="minorEastAsia"/>
          <w:lang w:eastAsia="ja-JP"/>
        </w:rPr>
      </w:pPr>
      <w:r w:rsidRPr="008F6171">
        <w:rPr>
          <w:rFonts w:asciiTheme="minorEastAsia" w:eastAsiaTheme="minorEastAsia" w:hAnsiTheme="minorEastAsia" w:hint="eastAsia"/>
          <w:lang w:eastAsia="ja-JP"/>
        </w:rPr>
        <w:t>様式</w:t>
      </w:r>
      <w:r w:rsidR="00B53824">
        <w:rPr>
          <w:rFonts w:asciiTheme="minorEastAsia" w:eastAsiaTheme="minorEastAsia" w:hAnsiTheme="minorEastAsia" w:hint="eastAsia"/>
          <w:lang w:eastAsia="ja-JP"/>
        </w:rPr>
        <w:t>３</w:t>
      </w:r>
    </w:p>
    <w:p w14:paraId="6DCEC659" w14:textId="3CF1A200" w:rsidR="004F2F81" w:rsidRDefault="00564CE7" w:rsidP="000F3D6F">
      <w:pPr>
        <w:jc w:val="center"/>
        <w:rPr>
          <w:rFonts w:asciiTheme="minorEastAsia" w:eastAsiaTheme="minorEastAsia" w:hAnsiTheme="minorEastAsia"/>
          <w:b/>
          <w:sz w:val="24"/>
          <w:lang w:eastAsia="ja-JP"/>
        </w:rPr>
      </w:pPr>
      <w:r w:rsidRPr="00564CE7">
        <w:rPr>
          <w:rFonts w:asciiTheme="minorEastAsia" w:eastAsiaTheme="minorEastAsia" w:hAnsiTheme="minorEastAsia"/>
          <w:b/>
          <w:sz w:val="24"/>
          <w:lang w:eastAsia="ja-JP"/>
        </w:rPr>
        <w:t>2026</w:t>
      </w:r>
      <w:r w:rsidRPr="00564CE7">
        <w:rPr>
          <w:rFonts w:asciiTheme="minorEastAsia" w:eastAsiaTheme="minorEastAsia" w:hAnsiTheme="minorEastAsia" w:hint="eastAsia"/>
          <w:b/>
          <w:sz w:val="24"/>
          <w:lang w:eastAsia="ja-JP"/>
        </w:rPr>
        <w:t>（令和</w:t>
      </w:r>
      <w:r w:rsidR="00D80F16">
        <w:rPr>
          <w:rFonts w:asciiTheme="minorEastAsia" w:eastAsiaTheme="minorEastAsia" w:hAnsiTheme="minorEastAsia" w:hint="eastAsia"/>
          <w:b/>
          <w:sz w:val="24"/>
          <w:lang w:eastAsia="ja-JP"/>
        </w:rPr>
        <w:t>８</w:t>
      </w:r>
      <w:r w:rsidRPr="00564CE7">
        <w:rPr>
          <w:rFonts w:asciiTheme="minorEastAsia" w:eastAsiaTheme="minorEastAsia" w:hAnsiTheme="minorEastAsia" w:hint="eastAsia"/>
          <w:b/>
          <w:sz w:val="24"/>
          <w:lang w:eastAsia="ja-JP"/>
        </w:rPr>
        <w:t>）年度茨城県</w:t>
      </w:r>
      <w:r w:rsidRPr="00564CE7">
        <w:rPr>
          <w:rFonts w:asciiTheme="minorEastAsia" w:eastAsiaTheme="minorEastAsia" w:hAnsiTheme="minorEastAsia"/>
          <w:b/>
          <w:sz w:val="24"/>
          <w:lang w:eastAsia="ja-JP"/>
        </w:rPr>
        <w:t>D&amp;I</w:t>
      </w:r>
      <w:r w:rsidRPr="00564CE7">
        <w:rPr>
          <w:rFonts w:asciiTheme="minorEastAsia" w:eastAsiaTheme="minorEastAsia" w:hAnsiTheme="minorEastAsia" w:hint="eastAsia"/>
          <w:b/>
          <w:sz w:val="24"/>
          <w:lang w:eastAsia="ja-JP"/>
        </w:rPr>
        <w:t>推進企業表彰</w:t>
      </w:r>
      <w:r>
        <w:rPr>
          <w:rFonts w:asciiTheme="minorEastAsia" w:eastAsiaTheme="minorEastAsia" w:hAnsiTheme="minorEastAsia"/>
          <w:b/>
          <w:sz w:val="24"/>
          <w:lang w:eastAsia="ja-JP"/>
        </w:rPr>
        <w:br/>
      </w:r>
      <w:r w:rsidR="00D80F16" w:rsidRPr="00D80F16">
        <w:rPr>
          <w:rFonts w:asciiTheme="minorEastAsia" w:eastAsiaTheme="minorEastAsia" w:hAnsiTheme="minorEastAsia"/>
          <w:b/>
          <w:sz w:val="24"/>
          <w:lang w:eastAsia="ja-JP"/>
        </w:rPr>
        <w:t>D&amp;I</w:t>
      </w:r>
      <w:r w:rsidR="00977D6F">
        <w:rPr>
          <w:rFonts w:asciiTheme="minorEastAsia" w:eastAsiaTheme="minorEastAsia" w:hAnsiTheme="minorEastAsia" w:hint="eastAsia"/>
          <w:b/>
          <w:sz w:val="24"/>
          <w:lang w:eastAsia="ja-JP"/>
        </w:rPr>
        <w:t>の</w:t>
      </w:r>
      <w:r w:rsidR="00977D6F" w:rsidRPr="00977D6F">
        <w:rPr>
          <w:rFonts w:asciiTheme="minorEastAsia" w:eastAsiaTheme="minorEastAsia" w:hAnsiTheme="minorEastAsia" w:hint="eastAsia"/>
          <w:b/>
          <w:sz w:val="24"/>
          <w:lang w:eastAsia="ja-JP"/>
        </w:rPr>
        <w:t>具体的な取組</w:t>
      </w:r>
      <w:r w:rsidR="008F6171">
        <w:rPr>
          <w:rFonts w:asciiTheme="minorEastAsia" w:eastAsiaTheme="minorEastAsia" w:hAnsiTheme="minorEastAsia" w:hint="eastAsia"/>
          <w:b/>
          <w:sz w:val="24"/>
          <w:lang w:eastAsia="ja-JP"/>
        </w:rPr>
        <w:t>に関する根拠資料</w:t>
      </w:r>
    </w:p>
    <w:p w14:paraId="2C6E1B40" w14:textId="5501B547" w:rsidR="008F6171" w:rsidRPr="00956552" w:rsidRDefault="00F72C37" w:rsidP="00956552">
      <w:pPr>
        <w:pStyle w:val="ae"/>
        <w:numPr>
          <w:ilvl w:val="0"/>
          <w:numId w:val="10"/>
        </w:numPr>
        <w:rPr>
          <w:rFonts w:asciiTheme="minorEastAsia" w:eastAsiaTheme="minorEastAsia" w:hAnsiTheme="minorEastAsia"/>
          <w:lang w:eastAsia="ja-JP"/>
        </w:rPr>
      </w:pPr>
      <w:r>
        <w:rPr>
          <w:rFonts w:hint="eastAsia"/>
          <w:noProof/>
          <w:lang w:eastAsia="ja-JP"/>
        </w:rPr>
        <mc:AlternateContent>
          <mc:Choice Requires="wps">
            <w:drawing>
              <wp:anchor distT="0" distB="0" distL="114300" distR="114300" simplePos="0" relativeHeight="251659264" behindDoc="0" locked="0" layoutInCell="1" allowOverlap="1" wp14:anchorId="304F2D43" wp14:editId="58609CB1">
                <wp:simplePos x="0" y="0"/>
                <wp:positionH relativeFrom="column">
                  <wp:posOffset>69585</wp:posOffset>
                </wp:positionH>
                <wp:positionV relativeFrom="paragraph">
                  <wp:posOffset>810068</wp:posOffset>
                </wp:positionV>
                <wp:extent cx="6711351" cy="43132"/>
                <wp:effectExtent l="0" t="0" r="32385" b="33655"/>
                <wp:wrapNone/>
                <wp:docPr id="296237072" name="直線コネクタ 2"/>
                <wp:cNvGraphicFramePr/>
                <a:graphic xmlns:a="http://schemas.openxmlformats.org/drawingml/2006/main">
                  <a:graphicData uri="http://schemas.microsoft.com/office/word/2010/wordprocessingShape">
                    <wps:wsp>
                      <wps:cNvCnPr/>
                      <wps:spPr>
                        <a:xfrm>
                          <a:off x="0" y="0"/>
                          <a:ext cx="6711351" cy="431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3728A1"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pt,63.8pt" to="533.95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" strokecolor="black [3040]"/>
            </w:pict>
          </mc:Fallback>
        </mc:AlternateContent>
      </w:r>
      <w:r w:rsidR="008F6171" w:rsidRPr="00956552">
        <w:rPr>
          <w:rFonts w:asciiTheme="minorEastAsia" w:eastAsiaTheme="minorEastAsia" w:hAnsiTheme="minorEastAsia" w:hint="eastAsia"/>
          <w:b/>
          <w:lang w:eastAsia="ja-JP"/>
        </w:rPr>
        <w:t>添付資料及びチェックシート</w:t>
      </w:r>
    </w:p>
    <w:tbl>
      <w:tblPr>
        <w:tblW w:w="0" w:type="auto"/>
        <w:jc w:val="center"/>
        <w:tblLook w:val="04A0" w:firstRow="1" w:lastRow="0" w:firstColumn="1" w:lastColumn="0" w:noHBand="0" w:noVBand="1"/>
      </w:tblPr>
      <w:tblGrid>
        <w:gridCol w:w="3249"/>
        <w:gridCol w:w="3249"/>
        <w:gridCol w:w="3249"/>
      </w:tblGrid>
      <w:tr w:rsidR="004F2F81" w:rsidRPr="008F6171" w14:paraId="168E58B7" w14:textId="77777777">
        <w:trPr>
          <w:jc w:val="center"/>
        </w:trPr>
        <w:tc>
          <w:tcPr>
            <w:tcW w:w="3249" w:type="dxa"/>
          </w:tcPr>
          <w:p w14:paraId="309C2657" w14:textId="77777777" w:rsidR="004F2F81" w:rsidRPr="008F6171" w:rsidRDefault="00325E5C">
            <w:pPr>
              <w:rPr>
                <w:rFonts w:asciiTheme="minorEastAsia" w:eastAsiaTheme="minorEastAsia" w:hAnsiTheme="minorEastAsia"/>
              </w:rPr>
            </w:pPr>
            <w:proofErr w:type="spellStart"/>
            <w:r w:rsidRPr="008F6171">
              <w:rPr>
                <w:rFonts w:asciiTheme="minorEastAsia" w:eastAsiaTheme="minorEastAsia" w:hAnsiTheme="minorEastAsia"/>
              </w:rPr>
              <w:t>添付資料</w:t>
            </w:r>
            <w:proofErr w:type="spellEnd"/>
          </w:p>
        </w:tc>
        <w:tc>
          <w:tcPr>
            <w:tcW w:w="3249" w:type="dxa"/>
          </w:tcPr>
          <w:p w14:paraId="7177A18F" w14:textId="503D8B53" w:rsidR="004F2F81" w:rsidRPr="008F6171" w:rsidRDefault="0088175D">
            <w:pPr>
              <w:rPr>
                <w:rFonts w:asciiTheme="minorEastAsia" w:eastAsiaTheme="minorEastAsia" w:hAnsiTheme="minorEastAsia"/>
              </w:rPr>
            </w:pPr>
            <w:r>
              <w:rPr>
                <w:rFonts w:asciiTheme="minorEastAsia" w:eastAsiaTheme="minorEastAsia" w:hAnsiTheme="minorEastAsia" w:hint="eastAsia"/>
                <w:lang w:eastAsia="ja-JP"/>
              </w:rPr>
              <w:t>□</w:t>
            </w:r>
            <w:r w:rsidR="00325E5C" w:rsidRPr="008F6171">
              <w:rPr>
                <w:rFonts w:asciiTheme="minorEastAsia" w:eastAsiaTheme="minorEastAsia" w:hAnsiTheme="minorEastAsia"/>
              </w:rPr>
              <w:t>有</w:t>
            </w:r>
            <w:r>
              <w:rPr>
                <w:rFonts w:asciiTheme="minorEastAsia" w:eastAsiaTheme="minorEastAsia" w:hAnsiTheme="minorEastAsia" w:hint="eastAsia"/>
                <w:lang w:eastAsia="ja-JP"/>
              </w:rPr>
              <w:t xml:space="preserve">　□</w:t>
            </w:r>
            <w:r w:rsidR="00325E5C" w:rsidRPr="008F6171">
              <w:rPr>
                <w:rFonts w:asciiTheme="minorEastAsia" w:eastAsiaTheme="minorEastAsia" w:hAnsiTheme="minorEastAsia"/>
              </w:rPr>
              <w:t>無</w:t>
            </w:r>
          </w:p>
        </w:tc>
        <w:tc>
          <w:tcPr>
            <w:tcW w:w="3249" w:type="dxa"/>
          </w:tcPr>
          <w:p w14:paraId="157DCF82" w14:textId="3D646367" w:rsidR="004F2F81" w:rsidRPr="008F6171" w:rsidRDefault="004F2F81">
            <w:pPr>
              <w:rPr>
                <w:rFonts w:asciiTheme="minorEastAsia" w:eastAsiaTheme="minorEastAsia" w:hAnsiTheme="minorEastAsia"/>
              </w:rPr>
            </w:pPr>
          </w:p>
        </w:tc>
      </w:tr>
      <w:tr w:rsidR="0088175D" w:rsidRPr="008F6171" w14:paraId="0DCE6445" w14:textId="77777777">
        <w:trPr>
          <w:jc w:val="center"/>
        </w:trPr>
        <w:tc>
          <w:tcPr>
            <w:tcW w:w="3249" w:type="dxa"/>
          </w:tcPr>
          <w:p w14:paraId="0C3F29C5" w14:textId="77777777" w:rsidR="0088175D" w:rsidRPr="008F6171" w:rsidRDefault="0088175D">
            <w:pPr>
              <w:rPr>
                <w:rFonts w:asciiTheme="minorEastAsia" w:eastAsiaTheme="minorEastAsia" w:hAnsiTheme="minorEastAsia"/>
              </w:rPr>
            </w:pPr>
          </w:p>
        </w:tc>
        <w:tc>
          <w:tcPr>
            <w:tcW w:w="3249" w:type="dxa"/>
          </w:tcPr>
          <w:p w14:paraId="6E323172" w14:textId="77777777" w:rsidR="0088175D" w:rsidRPr="008F6171" w:rsidRDefault="0088175D">
            <w:pPr>
              <w:rPr>
                <w:rFonts w:asciiTheme="minorEastAsia" w:eastAsiaTheme="minorEastAsia" w:hAnsiTheme="minorEastAsia"/>
              </w:rPr>
            </w:pPr>
          </w:p>
        </w:tc>
        <w:tc>
          <w:tcPr>
            <w:tcW w:w="3249" w:type="dxa"/>
          </w:tcPr>
          <w:p w14:paraId="169FDC2D" w14:textId="279406E0" w:rsidR="0088175D" w:rsidRPr="008F6171" w:rsidRDefault="0088175D">
            <w:pPr>
              <w:rPr>
                <w:rFonts w:asciiTheme="minorEastAsia" w:eastAsiaTheme="minorEastAsia" w:hAnsiTheme="minorEastAsia"/>
              </w:rPr>
            </w:pPr>
          </w:p>
        </w:tc>
      </w:tr>
      <w:tr w:rsidR="004F2F81" w:rsidRPr="008F6171" w14:paraId="28FF6A3E" w14:textId="77777777">
        <w:trPr>
          <w:jc w:val="center"/>
        </w:trPr>
        <w:tc>
          <w:tcPr>
            <w:tcW w:w="3249" w:type="dxa"/>
          </w:tcPr>
          <w:p w14:paraId="6DEE1794" w14:textId="77777777" w:rsidR="004F2F81" w:rsidRPr="008F6171" w:rsidRDefault="00325E5C">
            <w:pPr>
              <w:rPr>
                <w:rFonts w:asciiTheme="minorEastAsia" w:eastAsiaTheme="minorEastAsia" w:hAnsiTheme="minorEastAsia"/>
              </w:rPr>
            </w:pPr>
            <w:proofErr w:type="spellStart"/>
            <w:r w:rsidRPr="008F6171">
              <w:rPr>
                <w:rFonts w:asciiTheme="minorEastAsia" w:eastAsiaTheme="minorEastAsia" w:hAnsiTheme="minorEastAsia"/>
              </w:rPr>
              <w:t>会社概要</w:t>
            </w:r>
            <w:proofErr w:type="spellEnd"/>
          </w:p>
        </w:tc>
        <w:tc>
          <w:tcPr>
            <w:tcW w:w="3249" w:type="dxa"/>
          </w:tcPr>
          <w:p w14:paraId="620B8452"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□有　□無</w:t>
            </w:r>
          </w:p>
        </w:tc>
        <w:tc>
          <w:tcPr>
            <w:tcW w:w="3249" w:type="dxa"/>
          </w:tcPr>
          <w:p w14:paraId="6EE02BDB" w14:textId="77777777" w:rsidR="004F2F81" w:rsidRPr="008F6171" w:rsidRDefault="004F2F81">
            <w:pPr>
              <w:rPr>
                <w:rFonts w:asciiTheme="minorEastAsia" w:eastAsiaTheme="minorEastAsia" w:hAnsiTheme="minorEastAsia"/>
              </w:rPr>
            </w:pPr>
          </w:p>
        </w:tc>
      </w:tr>
      <w:tr w:rsidR="004F2F81" w:rsidRPr="008F6171" w14:paraId="6074A1CB" w14:textId="77777777">
        <w:trPr>
          <w:jc w:val="center"/>
        </w:trPr>
        <w:tc>
          <w:tcPr>
            <w:tcW w:w="3249" w:type="dxa"/>
          </w:tcPr>
          <w:p w14:paraId="699BA5C3"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就業規則（該当箇所）</w:t>
            </w:r>
          </w:p>
        </w:tc>
        <w:tc>
          <w:tcPr>
            <w:tcW w:w="3249" w:type="dxa"/>
          </w:tcPr>
          <w:p w14:paraId="1333107F"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□有　□無</w:t>
            </w:r>
          </w:p>
        </w:tc>
        <w:tc>
          <w:tcPr>
            <w:tcW w:w="3249" w:type="dxa"/>
          </w:tcPr>
          <w:p w14:paraId="290C85C5" w14:textId="77777777" w:rsidR="004F2F81" w:rsidRPr="008F6171" w:rsidRDefault="004F2F81">
            <w:pPr>
              <w:rPr>
                <w:rFonts w:asciiTheme="minorEastAsia" w:eastAsiaTheme="minorEastAsia" w:hAnsiTheme="minorEastAsia"/>
              </w:rPr>
            </w:pPr>
          </w:p>
        </w:tc>
      </w:tr>
      <w:tr w:rsidR="004F2F81" w:rsidRPr="008F6171" w14:paraId="4713DE64" w14:textId="77777777">
        <w:trPr>
          <w:jc w:val="center"/>
        </w:trPr>
        <w:tc>
          <w:tcPr>
            <w:tcW w:w="3249" w:type="dxa"/>
          </w:tcPr>
          <w:p w14:paraId="756FD0AB"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一般事業主行動計画</w:t>
            </w:r>
          </w:p>
        </w:tc>
        <w:tc>
          <w:tcPr>
            <w:tcW w:w="3249" w:type="dxa"/>
          </w:tcPr>
          <w:p w14:paraId="5DA52DD9"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□有　□無</w:t>
            </w:r>
          </w:p>
        </w:tc>
        <w:tc>
          <w:tcPr>
            <w:tcW w:w="3249" w:type="dxa"/>
          </w:tcPr>
          <w:p w14:paraId="24DCD63E" w14:textId="77777777" w:rsidR="004F2F81" w:rsidRPr="008F6171" w:rsidRDefault="004F2F81">
            <w:pPr>
              <w:rPr>
                <w:rFonts w:asciiTheme="minorEastAsia" w:eastAsiaTheme="minorEastAsia" w:hAnsiTheme="minorEastAsia"/>
              </w:rPr>
            </w:pPr>
          </w:p>
        </w:tc>
      </w:tr>
      <w:tr w:rsidR="004F2F81" w:rsidRPr="008F6171" w14:paraId="7A76F110" w14:textId="77777777">
        <w:trPr>
          <w:jc w:val="center"/>
        </w:trPr>
        <w:tc>
          <w:tcPr>
            <w:tcW w:w="3249" w:type="dxa"/>
          </w:tcPr>
          <w:p w14:paraId="6047824F"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社内制度資料</w:t>
            </w:r>
          </w:p>
        </w:tc>
        <w:tc>
          <w:tcPr>
            <w:tcW w:w="3249" w:type="dxa"/>
          </w:tcPr>
          <w:p w14:paraId="325F04B0"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□有　□無</w:t>
            </w:r>
          </w:p>
        </w:tc>
        <w:tc>
          <w:tcPr>
            <w:tcW w:w="3249" w:type="dxa"/>
          </w:tcPr>
          <w:p w14:paraId="0243B4AD" w14:textId="77777777" w:rsidR="004F2F81" w:rsidRPr="008F6171" w:rsidRDefault="004F2F81">
            <w:pPr>
              <w:rPr>
                <w:rFonts w:asciiTheme="minorEastAsia" w:eastAsiaTheme="minorEastAsia" w:hAnsiTheme="minorEastAsia"/>
              </w:rPr>
            </w:pPr>
          </w:p>
        </w:tc>
      </w:tr>
      <w:tr w:rsidR="004F2F81" w:rsidRPr="008F6171" w14:paraId="11150237" w14:textId="77777777">
        <w:trPr>
          <w:jc w:val="center"/>
        </w:trPr>
        <w:tc>
          <w:tcPr>
            <w:tcW w:w="3249" w:type="dxa"/>
          </w:tcPr>
          <w:p w14:paraId="400AF710"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研修資料</w:t>
            </w:r>
          </w:p>
        </w:tc>
        <w:tc>
          <w:tcPr>
            <w:tcW w:w="3249" w:type="dxa"/>
          </w:tcPr>
          <w:p w14:paraId="7FB50224"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□有　□無</w:t>
            </w:r>
          </w:p>
        </w:tc>
        <w:tc>
          <w:tcPr>
            <w:tcW w:w="3249" w:type="dxa"/>
          </w:tcPr>
          <w:p w14:paraId="5E201D68" w14:textId="77777777" w:rsidR="004F2F81" w:rsidRPr="008F6171" w:rsidRDefault="004F2F81">
            <w:pPr>
              <w:rPr>
                <w:rFonts w:asciiTheme="minorEastAsia" w:eastAsiaTheme="minorEastAsia" w:hAnsiTheme="minorEastAsia"/>
              </w:rPr>
            </w:pPr>
          </w:p>
        </w:tc>
      </w:tr>
      <w:tr w:rsidR="004F2F81" w:rsidRPr="008F6171" w14:paraId="1E49D0B0" w14:textId="77777777">
        <w:trPr>
          <w:jc w:val="center"/>
        </w:trPr>
        <w:tc>
          <w:tcPr>
            <w:tcW w:w="3249" w:type="dxa"/>
          </w:tcPr>
          <w:p w14:paraId="6E02ACE1"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広報資料・写真</w:t>
            </w:r>
          </w:p>
        </w:tc>
        <w:tc>
          <w:tcPr>
            <w:tcW w:w="3249" w:type="dxa"/>
          </w:tcPr>
          <w:p w14:paraId="77AF16B7"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□有　□無</w:t>
            </w:r>
          </w:p>
        </w:tc>
        <w:tc>
          <w:tcPr>
            <w:tcW w:w="3249" w:type="dxa"/>
          </w:tcPr>
          <w:p w14:paraId="130768BD" w14:textId="77777777" w:rsidR="004F2F81" w:rsidRPr="008F6171" w:rsidRDefault="004F2F81">
            <w:pPr>
              <w:rPr>
                <w:rFonts w:asciiTheme="minorEastAsia" w:eastAsiaTheme="minorEastAsia" w:hAnsiTheme="minorEastAsia"/>
              </w:rPr>
            </w:pPr>
          </w:p>
        </w:tc>
      </w:tr>
      <w:tr w:rsidR="004F2F81" w:rsidRPr="008F6171" w14:paraId="0BC248D2" w14:textId="77777777">
        <w:trPr>
          <w:jc w:val="center"/>
        </w:trPr>
        <w:tc>
          <w:tcPr>
            <w:tcW w:w="3249" w:type="dxa"/>
          </w:tcPr>
          <w:p w14:paraId="10D7A1FE"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認定証・表彰歴</w:t>
            </w:r>
          </w:p>
        </w:tc>
        <w:tc>
          <w:tcPr>
            <w:tcW w:w="3249" w:type="dxa"/>
          </w:tcPr>
          <w:p w14:paraId="3B6E4DA3" w14:textId="77777777" w:rsidR="004F2F81" w:rsidRPr="008F6171" w:rsidRDefault="00325E5C">
            <w:pPr>
              <w:rPr>
                <w:rFonts w:asciiTheme="minorEastAsia" w:eastAsiaTheme="minorEastAsia" w:hAnsiTheme="minorEastAsia"/>
              </w:rPr>
            </w:pPr>
            <w:r w:rsidRPr="008F6171">
              <w:rPr>
                <w:rFonts w:asciiTheme="minorEastAsia" w:eastAsiaTheme="minorEastAsia" w:hAnsiTheme="minorEastAsia"/>
              </w:rPr>
              <w:t>□有　□無</w:t>
            </w:r>
          </w:p>
        </w:tc>
        <w:tc>
          <w:tcPr>
            <w:tcW w:w="3249" w:type="dxa"/>
          </w:tcPr>
          <w:p w14:paraId="11A5412E" w14:textId="77777777" w:rsidR="004F2F81" w:rsidRPr="008F6171" w:rsidRDefault="004F2F81">
            <w:pPr>
              <w:rPr>
                <w:rFonts w:asciiTheme="minorEastAsia" w:eastAsiaTheme="minorEastAsia" w:hAnsiTheme="minorEastAsia"/>
              </w:rPr>
            </w:pPr>
          </w:p>
        </w:tc>
      </w:tr>
      <w:tr w:rsidR="00D22334" w:rsidRPr="008F6171" w14:paraId="2592723C" w14:textId="77777777">
        <w:trPr>
          <w:jc w:val="center"/>
        </w:trPr>
        <w:tc>
          <w:tcPr>
            <w:tcW w:w="3249" w:type="dxa"/>
          </w:tcPr>
          <w:p w14:paraId="2E3C4991" w14:textId="77777777" w:rsidR="00D22334" w:rsidRPr="008F6171" w:rsidRDefault="00D22334">
            <w:pPr>
              <w:rPr>
                <w:rFonts w:asciiTheme="minorEastAsia" w:eastAsiaTheme="minorEastAsia" w:hAnsiTheme="minorEastAsia"/>
              </w:rPr>
            </w:pPr>
          </w:p>
        </w:tc>
        <w:tc>
          <w:tcPr>
            <w:tcW w:w="3249" w:type="dxa"/>
          </w:tcPr>
          <w:p w14:paraId="59DF1BC3" w14:textId="77777777" w:rsidR="00D22334" w:rsidRPr="008F6171" w:rsidRDefault="00D22334">
            <w:pPr>
              <w:rPr>
                <w:rFonts w:asciiTheme="minorEastAsia" w:eastAsiaTheme="minorEastAsia" w:hAnsiTheme="minorEastAsia"/>
              </w:rPr>
            </w:pPr>
          </w:p>
        </w:tc>
        <w:tc>
          <w:tcPr>
            <w:tcW w:w="3249" w:type="dxa"/>
          </w:tcPr>
          <w:p w14:paraId="5F38EABE" w14:textId="77777777" w:rsidR="00D22334" w:rsidRPr="008F6171" w:rsidRDefault="00D22334">
            <w:pPr>
              <w:rPr>
                <w:rFonts w:asciiTheme="minorEastAsia" w:eastAsiaTheme="minorEastAsia" w:hAnsiTheme="minorEastAsia"/>
              </w:rPr>
            </w:pPr>
          </w:p>
        </w:tc>
      </w:tr>
    </w:tbl>
    <w:p w14:paraId="4E84ABAC" w14:textId="77777777" w:rsidR="004F2F81" w:rsidRPr="008F6171" w:rsidRDefault="00325E5C">
      <w:pPr>
        <w:rPr>
          <w:rFonts w:asciiTheme="minorEastAsia" w:eastAsiaTheme="minorEastAsia" w:hAnsiTheme="minorEastAsia"/>
          <w:lang w:eastAsia="ja-JP"/>
        </w:rPr>
      </w:pPr>
      <w:r w:rsidRPr="008F6171">
        <w:rPr>
          <w:rFonts w:asciiTheme="minorEastAsia" w:eastAsiaTheme="minorEastAsia" w:hAnsiTheme="minorEastAsia"/>
          <w:lang w:eastAsia="ja-JP"/>
        </w:rPr>
        <w:br/>
        <w:t>【備考】必要に応じて上記以外の資料を添付してください。</w:t>
      </w:r>
    </w:p>
    <w:p w14:paraId="4B9792F1" w14:textId="61A357FD" w:rsidR="000F3D6F" w:rsidRPr="008F6171" w:rsidRDefault="000F3D6F">
      <w:pPr>
        <w:rPr>
          <w:rFonts w:asciiTheme="minorEastAsia" w:eastAsiaTheme="minorEastAsia" w:hAnsiTheme="minorEastAsia"/>
          <w:lang w:eastAsia="ja-JP"/>
        </w:rPr>
      </w:pPr>
      <w:r w:rsidRPr="008F6171">
        <w:rPr>
          <w:rFonts w:asciiTheme="minorEastAsia" w:eastAsiaTheme="minorEastAsia" w:hAnsiTheme="minorEastAsia" w:hint="eastAsia"/>
          <w:lang w:eastAsia="ja-JP"/>
        </w:rPr>
        <w:t>・（添付資料名称をご記入ください。）</w:t>
      </w:r>
    </w:p>
    <w:sectPr w:rsidR="000F3D6F" w:rsidRPr="008F6171" w:rsidSect="00990A29">
      <w:pgSz w:w="11906" w:h="16838" w:code="9"/>
      <w:pgMar w:top="624" w:right="624" w:bottom="624"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3F50D" w14:textId="77777777" w:rsidR="008E2D00" w:rsidRDefault="008E2D00" w:rsidP="00777C85">
      <w:pPr>
        <w:spacing w:after="0" w:line="240" w:lineRule="auto"/>
      </w:pPr>
      <w:r>
        <w:separator/>
      </w:r>
    </w:p>
  </w:endnote>
  <w:endnote w:type="continuationSeparator" w:id="0">
    <w:p w14:paraId="08CA15E1" w14:textId="77777777" w:rsidR="008E2D00" w:rsidRDefault="008E2D00" w:rsidP="00777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明朝">
    <w:altName w:val="Yu Gothic"/>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35E7F" w14:textId="77777777" w:rsidR="008E2D00" w:rsidRDefault="008E2D00" w:rsidP="00777C85">
      <w:pPr>
        <w:spacing w:after="0" w:line="240" w:lineRule="auto"/>
      </w:pPr>
      <w:r>
        <w:separator/>
      </w:r>
    </w:p>
  </w:footnote>
  <w:footnote w:type="continuationSeparator" w:id="0">
    <w:p w14:paraId="1A75911C" w14:textId="77777777" w:rsidR="008E2D00" w:rsidRDefault="008E2D00" w:rsidP="00777C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5AE72269"/>
    <w:multiLevelType w:val="hybridMultilevel"/>
    <w:tmpl w:val="A0B81FD0"/>
    <w:lvl w:ilvl="0" w:tplc="3432F482">
      <w:start w:val="8"/>
      <w:numFmt w:val="bullet"/>
      <w:lvlText w:val="○"/>
      <w:lvlJc w:val="left"/>
      <w:pPr>
        <w:ind w:left="360" w:hanging="360"/>
      </w:pPr>
      <w:rPr>
        <w:rFonts w:ascii="ＭＳ 明朝" w:eastAsia="ＭＳ 明朝" w:hAnsi="ＭＳ 明朝" w:cstheme="minorBidi"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51397560">
    <w:abstractNumId w:val="8"/>
  </w:num>
  <w:num w:numId="2" w16cid:durableId="760763357">
    <w:abstractNumId w:val="6"/>
  </w:num>
  <w:num w:numId="3" w16cid:durableId="1027482711">
    <w:abstractNumId w:val="5"/>
  </w:num>
  <w:num w:numId="4" w16cid:durableId="1455561489">
    <w:abstractNumId w:val="4"/>
  </w:num>
  <w:num w:numId="5" w16cid:durableId="1347559594">
    <w:abstractNumId w:val="7"/>
  </w:num>
  <w:num w:numId="6" w16cid:durableId="935594632">
    <w:abstractNumId w:val="3"/>
  </w:num>
  <w:num w:numId="7" w16cid:durableId="998116518">
    <w:abstractNumId w:val="2"/>
  </w:num>
  <w:num w:numId="8" w16cid:durableId="913319374">
    <w:abstractNumId w:val="1"/>
  </w:num>
  <w:num w:numId="9" w16cid:durableId="931082834">
    <w:abstractNumId w:val="0"/>
  </w:num>
  <w:num w:numId="10" w16cid:durableId="20233181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C65"/>
    <w:rsid w:val="00034616"/>
    <w:rsid w:val="0006063C"/>
    <w:rsid w:val="000F3D6F"/>
    <w:rsid w:val="0015074B"/>
    <w:rsid w:val="00162D39"/>
    <w:rsid w:val="001729E8"/>
    <w:rsid w:val="001D01D2"/>
    <w:rsid w:val="00221D3F"/>
    <w:rsid w:val="00274171"/>
    <w:rsid w:val="0029639D"/>
    <w:rsid w:val="002B7D84"/>
    <w:rsid w:val="002D29A1"/>
    <w:rsid w:val="00311C0A"/>
    <w:rsid w:val="00321DAD"/>
    <w:rsid w:val="00323F4B"/>
    <w:rsid w:val="00325E5C"/>
    <w:rsid w:val="00326F90"/>
    <w:rsid w:val="00344B63"/>
    <w:rsid w:val="003A18C4"/>
    <w:rsid w:val="003B1A15"/>
    <w:rsid w:val="003E4AD3"/>
    <w:rsid w:val="003F6EC2"/>
    <w:rsid w:val="00425BA0"/>
    <w:rsid w:val="004518E0"/>
    <w:rsid w:val="004669BE"/>
    <w:rsid w:val="0049312B"/>
    <w:rsid w:val="004C21EF"/>
    <w:rsid w:val="004D5FE1"/>
    <w:rsid w:val="004F2F81"/>
    <w:rsid w:val="00501072"/>
    <w:rsid w:val="00503A7A"/>
    <w:rsid w:val="00516D84"/>
    <w:rsid w:val="00564CE7"/>
    <w:rsid w:val="00590637"/>
    <w:rsid w:val="00596F0A"/>
    <w:rsid w:val="005C2AE6"/>
    <w:rsid w:val="00623635"/>
    <w:rsid w:val="00636387"/>
    <w:rsid w:val="00637B0C"/>
    <w:rsid w:val="00650526"/>
    <w:rsid w:val="006731A7"/>
    <w:rsid w:val="006817A6"/>
    <w:rsid w:val="006C7935"/>
    <w:rsid w:val="007411B7"/>
    <w:rsid w:val="007449F4"/>
    <w:rsid w:val="00746182"/>
    <w:rsid w:val="00777C85"/>
    <w:rsid w:val="0079630A"/>
    <w:rsid w:val="007A2DAB"/>
    <w:rsid w:val="007A37EF"/>
    <w:rsid w:val="007A7BF7"/>
    <w:rsid w:val="00825BAB"/>
    <w:rsid w:val="0088175D"/>
    <w:rsid w:val="008819E9"/>
    <w:rsid w:val="008E2D00"/>
    <w:rsid w:val="008F6171"/>
    <w:rsid w:val="00915C6C"/>
    <w:rsid w:val="00926A40"/>
    <w:rsid w:val="00955FB8"/>
    <w:rsid w:val="00956552"/>
    <w:rsid w:val="00977D6F"/>
    <w:rsid w:val="00990A29"/>
    <w:rsid w:val="00990DA8"/>
    <w:rsid w:val="009A1150"/>
    <w:rsid w:val="009C1346"/>
    <w:rsid w:val="009F6E5D"/>
    <w:rsid w:val="00A276B7"/>
    <w:rsid w:val="00A761CA"/>
    <w:rsid w:val="00AA1D8D"/>
    <w:rsid w:val="00AD28F7"/>
    <w:rsid w:val="00AE7E0C"/>
    <w:rsid w:val="00B022C5"/>
    <w:rsid w:val="00B47730"/>
    <w:rsid w:val="00B50366"/>
    <w:rsid w:val="00B53824"/>
    <w:rsid w:val="00B842E1"/>
    <w:rsid w:val="00BC0543"/>
    <w:rsid w:val="00BE400E"/>
    <w:rsid w:val="00BF0F3A"/>
    <w:rsid w:val="00C461DE"/>
    <w:rsid w:val="00C856E9"/>
    <w:rsid w:val="00CA0F4A"/>
    <w:rsid w:val="00CA1BF7"/>
    <w:rsid w:val="00CB0664"/>
    <w:rsid w:val="00CD1C77"/>
    <w:rsid w:val="00D04BCD"/>
    <w:rsid w:val="00D22334"/>
    <w:rsid w:val="00D62F58"/>
    <w:rsid w:val="00D77E19"/>
    <w:rsid w:val="00D80F16"/>
    <w:rsid w:val="00DC509E"/>
    <w:rsid w:val="00E151AB"/>
    <w:rsid w:val="00E158EF"/>
    <w:rsid w:val="00E350A4"/>
    <w:rsid w:val="00E60271"/>
    <w:rsid w:val="00EC6A41"/>
    <w:rsid w:val="00EF34B0"/>
    <w:rsid w:val="00F72C37"/>
    <w:rsid w:val="00FC58A5"/>
    <w:rsid w:val="00FC693F"/>
    <w:rsid w:val="00FC7CCE"/>
    <w:rsid w:val="00FD644D"/>
    <w:rsid w:val="00FD7C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C56977B"/>
  <w14:defaultImageDpi w14:val="300"/>
  <w15:docId w15:val="{1D5206A4-06D1-41A3-82C6-DDCFD4D6A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25BAB"/>
    <w:rPr>
      <w:rFonts w:ascii="MS 明朝" w:eastAsia="MS 明朝" w:hAnsi="MS 明朝"/>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321DAD"/>
    <w:rPr>
      <w:sz w:val="18"/>
      <w:szCs w:val="18"/>
    </w:rPr>
  </w:style>
  <w:style w:type="paragraph" w:styleId="aff0">
    <w:name w:val="annotation text"/>
    <w:basedOn w:val="a1"/>
    <w:link w:val="aff1"/>
    <w:uiPriority w:val="99"/>
    <w:unhideWhenUsed/>
    <w:rsid w:val="00321DAD"/>
  </w:style>
  <w:style w:type="character" w:customStyle="1" w:styleId="aff1">
    <w:name w:val="コメント文字列 (文字)"/>
    <w:basedOn w:val="a2"/>
    <w:link w:val="aff0"/>
    <w:uiPriority w:val="99"/>
    <w:rsid w:val="00321DAD"/>
    <w:rPr>
      <w:rFonts w:ascii="MS 明朝" w:eastAsia="MS 明朝" w:hAnsi="MS 明朝"/>
    </w:rPr>
  </w:style>
  <w:style w:type="paragraph" w:styleId="aff2">
    <w:name w:val="annotation subject"/>
    <w:basedOn w:val="aff0"/>
    <w:next w:val="aff0"/>
    <w:link w:val="aff3"/>
    <w:uiPriority w:val="99"/>
    <w:semiHidden/>
    <w:unhideWhenUsed/>
    <w:rsid w:val="00321DAD"/>
    <w:rPr>
      <w:b/>
      <w:bCs/>
    </w:rPr>
  </w:style>
  <w:style w:type="character" w:customStyle="1" w:styleId="aff3">
    <w:name w:val="コメント内容 (文字)"/>
    <w:basedOn w:val="aff1"/>
    <w:link w:val="aff2"/>
    <w:uiPriority w:val="99"/>
    <w:semiHidden/>
    <w:rsid w:val="00321DAD"/>
    <w:rPr>
      <w:rFonts w:ascii="MS 明朝" w:eastAsia="MS 明朝" w:hAnsi="MS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6368">
      <w:bodyDiv w:val="1"/>
      <w:marLeft w:val="0"/>
      <w:marRight w:val="0"/>
      <w:marTop w:val="0"/>
      <w:marBottom w:val="0"/>
      <w:divBdr>
        <w:top w:val="none" w:sz="0" w:space="0" w:color="auto"/>
        <w:left w:val="none" w:sz="0" w:space="0" w:color="auto"/>
        <w:bottom w:val="none" w:sz="0" w:space="0" w:color="auto"/>
        <w:right w:val="none" w:sz="0" w:space="0" w:color="auto"/>
      </w:divBdr>
    </w:div>
    <w:div w:id="5586376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f198327-6672-4031-90f8-35560c6b55df" xsi:nil="true"/>
    <lcf76f155ced4ddcb4097134ff3c332f xmlns="52082982-d43c-4fe2-90fb-d2f53d82104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70937A5AD484C4F8A5489C9446DE70C" ma:contentTypeVersion="19" ma:contentTypeDescription="新しいドキュメントを作成します。" ma:contentTypeScope="" ma:versionID="b30b761678127f55a13b0e9e9fd561d9">
  <xsd:schema xmlns:xsd="http://www.w3.org/2001/XMLSchema" xmlns:xs="http://www.w3.org/2001/XMLSchema" xmlns:p="http://schemas.microsoft.com/office/2006/metadata/properties" xmlns:ns2="52082982-d43c-4fe2-90fb-d2f53d821040" xmlns:ns3="cf198327-6672-4031-90f8-35560c6b55df" targetNamespace="http://schemas.microsoft.com/office/2006/metadata/properties" ma:root="true" ma:fieldsID="abfb26a6a97956538e0c3543e0971543" ns2:_="" ns3:_="">
    <xsd:import namespace="52082982-d43c-4fe2-90fb-d2f53d821040"/>
    <xsd:import namespace="cf198327-6672-4031-90f8-35560c6b55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82982-d43c-4fe2-90fb-d2f53d821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2d2c588-4098-4adb-b795-29d38f8b48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198327-6672-4031-90f8-35560c6b55df"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8422d34e-f9b1-4656-8197-5c325d989352}" ma:internalName="TaxCatchAll" ma:showField="CatchAllData" ma:web="cf198327-6672-4031-90f8-35560c6b55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F819F0A-1691-465C-A24C-9A2C0A140B6B}">
  <ds:schemaRefs>
    <ds:schemaRef ds:uri="http://schemas.microsoft.com/office/2006/metadata/properties"/>
    <ds:schemaRef ds:uri="http://schemas.microsoft.com/office/infopath/2007/PartnerControls"/>
    <ds:schemaRef ds:uri="cf198327-6672-4031-90f8-35560c6b55df"/>
    <ds:schemaRef ds:uri="52082982-d43c-4fe2-90fb-d2f53d821040"/>
  </ds:schemaRefs>
</ds:datastoreItem>
</file>

<file path=customXml/itemProps3.xml><?xml version="1.0" encoding="utf-8"?>
<ds:datastoreItem xmlns:ds="http://schemas.openxmlformats.org/officeDocument/2006/customXml" ds:itemID="{C7CC229B-DD4B-4DA8-BD3D-4495163B0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82982-d43c-4fe2-90fb-d2f53d821040"/>
    <ds:schemaRef ds:uri="cf198327-6672-4031-90f8-35560c6b5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378AA3-BD94-426F-A52A-8F54B88150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370</Words>
  <Characters>2109</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asami.kushida@sekishocareer.onmicrosoft.com</dc:creator>
  <cp:keywords/>
  <dc:description>generated by python-docx</dc:description>
  <cp:lastModifiedBy>方波見　真弓</cp:lastModifiedBy>
  <cp:revision>2</cp:revision>
  <cp:lastPrinted>2026-07-31T09:13:00Z</cp:lastPrinted>
  <dcterms:created xsi:type="dcterms:W3CDTF">2026-10-02T09:13:00Z</dcterms:created>
  <dcterms:modified xsi:type="dcterms:W3CDTF">2026-10-02T09:13:00Z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0x010100770937A5AD484C4F8A5489C9446DE70C</vt:lpwstr>
  </property>
</Properties>
</file>